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EE84" w14:textId="78A921C8" w:rsidR="00BF4B43" w:rsidRPr="00740757" w:rsidRDefault="00000000" w:rsidP="00ED31CD">
      <w:pPr>
        <w:spacing w:beforeLines="50" w:before="120" w:afterLines="50" w:after="120" w:line="240" w:lineRule="auto"/>
        <w:rPr>
          <w:rFonts w:ascii="游明朝" w:eastAsia="游明朝" w:hAnsi="游明朝"/>
          <w:bCs/>
          <w:sz w:val="21"/>
          <w:szCs w:val="21"/>
        </w:rPr>
      </w:pPr>
      <w:r w:rsidRPr="00740757">
        <w:rPr>
          <w:rFonts w:ascii="游明朝" w:eastAsia="游明朝" w:hAnsi="游明朝"/>
          <w:bCs/>
          <w:sz w:val="21"/>
          <w:szCs w:val="21"/>
        </w:rPr>
        <w:t>SYARAT DAN KETENTUAN SPONSORSHIP /</w:t>
      </w:r>
      <w:r w:rsidR="00FB2848" w:rsidRPr="00740757">
        <w:rPr>
          <w:rFonts w:ascii="游明朝" w:eastAsia="游明朝" w:hAnsi="游明朝" w:hint="eastAsia"/>
          <w:bCs/>
          <w:sz w:val="21"/>
          <w:szCs w:val="21"/>
          <w:lang w:eastAsia="ja-JP"/>
        </w:rPr>
        <w:t xml:space="preserve"> </w:t>
      </w:r>
      <w:r w:rsidRPr="00740757">
        <w:rPr>
          <w:rFonts w:ascii="游明朝" w:eastAsia="游明朝" w:hAnsi="游明朝"/>
          <w:bCs/>
          <w:sz w:val="21"/>
          <w:szCs w:val="21"/>
        </w:rPr>
        <w:t>SPONSORSHIP TERMS AND CONDITIONS</w:t>
      </w:r>
    </w:p>
    <w:p w14:paraId="0F06219C"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SWAM 2026</w:t>
      </w:r>
    </w:p>
    <w:tbl>
      <w:tblPr>
        <w:tblW w:w="10567" w:type="dxa"/>
        <w:jc w:val="center"/>
        <w:tblLayout w:type="fixed"/>
        <w:tblLook w:val="04A0" w:firstRow="1" w:lastRow="0" w:firstColumn="1" w:lastColumn="0" w:noHBand="0" w:noVBand="1"/>
      </w:tblPr>
      <w:tblGrid>
        <w:gridCol w:w="5102"/>
        <w:gridCol w:w="5438"/>
        <w:gridCol w:w="27"/>
      </w:tblGrid>
      <w:tr w:rsidR="00BF4B43" w:rsidRPr="00740757" w14:paraId="484D42FD" w14:textId="77777777" w:rsidTr="00A71330">
        <w:trPr>
          <w:jc w:val="center"/>
        </w:trPr>
        <w:tc>
          <w:tcPr>
            <w:tcW w:w="5102" w:type="dxa"/>
            <w:tcMar>
              <w:top w:w="100" w:type="dxa"/>
              <w:left w:w="80" w:type="dxa"/>
              <w:bottom w:w="100" w:type="dxa"/>
              <w:right w:w="80" w:type="dxa"/>
            </w:tcMar>
          </w:tcPr>
          <w:p w14:paraId="79442779"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1. Ruang </w:t>
            </w:r>
            <w:proofErr w:type="spellStart"/>
            <w:r w:rsidRPr="00740757">
              <w:rPr>
                <w:rFonts w:ascii="游明朝" w:eastAsia="游明朝" w:hAnsi="游明朝"/>
                <w:b/>
                <w:sz w:val="21"/>
                <w:szCs w:val="21"/>
              </w:rPr>
              <w:t>Lingkup</w:t>
            </w:r>
            <w:proofErr w:type="spellEnd"/>
            <w:r w:rsidRPr="00740757">
              <w:rPr>
                <w:rFonts w:ascii="游明朝" w:eastAsia="游明朝" w:hAnsi="游明朝"/>
                <w:b/>
                <w:sz w:val="21"/>
                <w:szCs w:val="21"/>
              </w:rPr>
              <w:t xml:space="preserve"> dan </w:t>
            </w:r>
            <w:proofErr w:type="spellStart"/>
            <w:r w:rsidRPr="00740757">
              <w:rPr>
                <w:rFonts w:ascii="游明朝" w:eastAsia="游明朝" w:hAnsi="游明朝"/>
                <w:b/>
                <w:sz w:val="21"/>
                <w:szCs w:val="21"/>
              </w:rPr>
              <w:t>Dokumen</w:t>
            </w:r>
            <w:proofErr w:type="spellEnd"/>
            <w:r w:rsidRPr="00740757">
              <w:rPr>
                <w:rFonts w:ascii="游明朝" w:eastAsia="游明朝" w:hAnsi="游明朝"/>
                <w:b/>
                <w:sz w:val="21"/>
                <w:szCs w:val="21"/>
              </w:rPr>
              <w:t xml:space="preserve"> yang </w:t>
            </w:r>
            <w:proofErr w:type="spellStart"/>
            <w:r w:rsidRPr="00740757">
              <w:rPr>
                <w:rFonts w:ascii="游明朝" w:eastAsia="游明朝" w:hAnsi="游明朝"/>
                <w:b/>
                <w:sz w:val="21"/>
                <w:szCs w:val="21"/>
              </w:rPr>
              <w:t>Mengikat</w:t>
            </w:r>
            <w:proofErr w:type="spellEnd"/>
          </w:p>
          <w:p w14:paraId="46AB49F0"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Syarat</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ini </w:t>
            </w:r>
            <w:proofErr w:type="spellStart"/>
            <w:r w:rsidRPr="00740757">
              <w:rPr>
                <w:rFonts w:ascii="游明朝" w:eastAsia="游明朝" w:hAnsi="游明朝"/>
                <w:bCs/>
                <w:sz w:val="21"/>
                <w:szCs w:val="21"/>
              </w:rPr>
              <w:t>berlaku</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bagi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seluruh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Pr="00740757">
              <w:rPr>
                <w:rFonts w:ascii="游明朝" w:eastAsia="游明朝" w:hAnsi="游明朝"/>
                <w:bCs/>
                <w:sz w:val="21"/>
                <w:szCs w:val="21"/>
              </w:rPr>
              <w:t xml:space="preserve"> booth, Speaking Session, sponsorship package, dan </w:t>
            </w:r>
            <w:proofErr w:type="spellStart"/>
            <w:r w:rsidRPr="00740757">
              <w:rPr>
                <w:rFonts w:ascii="游明朝" w:eastAsia="游明朝" w:hAnsi="游明朝"/>
                <w:bCs/>
                <w:sz w:val="21"/>
                <w:szCs w:val="21"/>
              </w:rPr>
              <w:t>fasilitas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tambahan</w:t>
            </w:r>
            <w:proofErr w:type="spellEnd"/>
            <w:r w:rsidRPr="00740757">
              <w:rPr>
                <w:rFonts w:ascii="游明朝" w:eastAsia="游明朝" w:hAnsi="游明朝"/>
                <w:bCs/>
                <w:sz w:val="21"/>
                <w:szCs w:val="21"/>
              </w:rPr>
              <w:t>.</w:t>
            </w:r>
          </w:p>
          <w:p w14:paraId="34405521" w14:textId="5E79560E"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Formulir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Kepesertaan</w:t>
            </w:r>
            <w:proofErr w:type="spellEnd"/>
            <w:r w:rsidRPr="00740757">
              <w:rPr>
                <w:rFonts w:ascii="游明朝" w:eastAsia="游明朝" w:hAnsi="游明朝"/>
                <w:bCs/>
                <w:sz w:val="21"/>
                <w:szCs w:val="21"/>
              </w:rPr>
              <w:t xml:space="preserve"> Acara (FKA), </w:t>
            </w:r>
            <w:proofErr w:type="spellStart"/>
            <w:r w:rsidRPr="00740757">
              <w:rPr>
                <w:rFonts w:ascii="游明朝" w:eastAsia="游明朝" w:hAnsi="游明朝"/>
                <w:bCs/>
                <w:sz w:val="21"/>
                <w:szCs w:val="21"/>
              </w:rPr>
              <w:t>Syarat</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Sponsorship, Tata </w:t>
            </w:r>
            <w:proofErr w:type="spellStart"/>
            <w:r w:rsidRPr="00740757">
              <w:rPr>
                <w:rFonts w:ascii="游明朝" w:eastAsia="游明朝" w:hAnsi="游明朝"/>
                <w:bCs/>
                <w:sz w:val="21"/>
                <w:szCs w:val="21"/>
              </w:rPr>
              <w:t>Tertib</w:t>
            </w:r>
            <w:proofErr w:type="spellEnd"/>
            <w:r w:rsidRPr="00740757">
              <w:rPr>
                <w:rFonts w:ascii="游明朝" w:eastAsia="游明朝" w:hAnsi="游明朝"/>
                <w:bCs/>
                <w:sz w:val="21"/>
                <w:szCs w:val="21"/>
              </w:rPr>
              <w:t xml:space="preserve"> Exhibitor, Proposal Sponsorship, Invoice, dan </w:t>
            </w:r>
            <w:proofErr w:type="spellStart"/>
            <w:r w:rsidRPr="00740757">
              <w:rPr>
                <w:rFonts w:ascii="游明朝" w:eastAsia="游明朝" w:hAnsi="游明朝"/>
                <w:bCs/>
                <w:sz w:val="21"/>
                <w:szCs w:val="21"/>
              </w:rPr>
              <w:t>konfirmasi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tertulis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merupakan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satu</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kesatuan</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00C165CE" w:rsidRPr="00740757">
              <w:rPr>
                <w:rFonts w:ascii="游明朝" w:eastAsia="游明朝" w:hAnsi="游明朝" w:hint="eastAsia"/>
                <w:bCs/>
                <w:sz w:val="21"/>
                <w:szCs w:val="21"/>
                <w:lang w:eastAsia="ja-JP"/>
              </w:rPr>
              <w:t>dapat</w:t>
            </w:r>
            <w:proofErr w:type="spellEnd"/>
            <w:r w:rsidR="00C165CE" w:rsidRPr="00740757">
              <w:rPr>
                <w:rFonts w:ascii="游明朝" w:eastAsia="游明朝" w:hAnsi="游明朝" w:hint="eastAsia"/>
                <w:bCs/>
                <w:sz w:val="21"/>
                <w:szCs w:val="21"/>
                <w:lang w:eastAsia="ja-JP"/>
              </w:rPr>
              <w:t xml:space="preserve"> </w:t>
            </w:r>
            <w:proofErr w:type="spellStart"/>
            <w:r w:rsidR="00C165CE" w:rsidRPr="00740757">
              <w:rPr>
                <w:rFonts w:ascii="游明朝" w:eastAsia="游明朝" w:hAnsi="游明朝" w:hint="eastAsia"/>
                <w:bCs/>
                <w:sz w:val="21"/>
                <w:szCs w:val="21"/>
                <w:lang w:eastAsia="ja-JP"/>
              </w:rPr>
              <w:t>di</w:t>
            </w:r>
            <w:r w:rsidRPr="00740757">
              <w:rPr>
                <w:rFonts w:ascii="游明朝" w:eastAsia="游明朝" w:hAnsi="游明朝"/>
                <w:bCs/>
                <w:sz w:val="21"/>
                <w:szCs w:val="21"/>
              </w:rPr>
              <w:t>pisahkan</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33335005"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 Scope and Binding Documents</w:t>
            </w:r>
          </w:p>
          <w:p w14:paraId="5291A0AA"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These Terms and Conditions shall apply to all reservations of exhibition booths, Speaking Sessions, sponsorship packages, webinars, and additional event services ("Add-ons").</w:t>
            </w:r>
          </w:p>
          <w:p w14:paraId="32D59F4E" w14:textId="1251DB3A"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The Event Participation Form ("EPF"), these Sponsorship Terms and Conditions, the Exhibitor Rules and Regulations, Sponsorship Proposal, invoices, proforma invoices, and all written confirmations issued by the Organizer shall constitute one integrated and legally binding agreement between the Organizer and the Sponsor.</w:t>
            </w:r>
          </w:p>
        </w:tc>
      </w:tr>
      <w:tr w:rsidR="00BF4B43" w:rsidRPr="00740757" w14:paraId="2826F6FA" w14:textId="77777777" w:rsidTr="00A71330">
        <w:trPr>
          <w:jc w:val="center"/>
        </w:trPr>
        <w:tc>
          <w:tcPr>
            <w:tcW w:w="5102" w:type="dxa"/>
            <w:tcMar>
              <w:top w:w="100" w:type="dxa"/>
              <w:left w:w="80" w:type="dxa"/>
              <w:bottom w:w="100" w:type="dxa"/>
              <w:right w:w="80" w:type="dxa"/>
            </w:tcMar>
          </w:tcPr>
          <w:p w14:paraId="570FB19C" w14:textId="2564C165"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2. </w:t>
            </w:r>
            <w:proofErr w:type="spellStart"/>
            <w:r w:rsidR="007E1D6B" w:rsidRPr="00740757">
              <w:rPr>
                <w:rFonts w:ascii="游明朝" w:eastAsia="游明朝" w:hAnsi="游明朝" w:hint="eastAsia"/>
                <w:b/>
                <w:sz w:val="21"/>
                <w:szCs w:val="21"/>
                <w:lang w:eastAsia="ja-JP"/>
              </w:rPr>
              <w:t>Registrasi</w:t>
            </w:r>
            <w:proofErr w:type="spellEnd"/>
            <w:r w:rsidRPr="00740757">
              <w:rPr>
                <w:rFonts w:ascii="游明朝" w:eastAsia="游明朝" w:hAnsi="游明朝"/>
                <w:b/>
                <w:sz w:val="21"/>
                <w:szCs w:val="21"/>
              </w:rPr>
              <w:t xml:space="preserve"> dan </w:t>
            </w:r>
            <w:proofErr w:type="spellStart"/>
            <w:r w:rsidRPr="00740757">
              <w:rPr>
                <w:rFonts w:ascii="游明朝" w:eastAsia="游明朝" w:hAnsi="游明朝"/>
                <w:b/>
                <w:sz w:val="21"/>
                <w:szCs w:val="21"/>
              </w:rPr>
              <w:t>Pe</w:t>
            </w:r>
            <w:r w:rsidR="007E1D6B" w:rsidRPr="00740757">
              <w:rPr>
                <w:rFonts w:ascii="游明朝" w:eastAsia="游明朝" w:hAnsi="游明朝" w:hint="eastAsia"/>
                <w:b/>
                <w:sz w:val="21"/>
                <w:szCs w:val="21"/>
                <w:lang w:eastAsia="ja-JP"/>
              </w:rPr>
              <w:t>mbuatan</w:t>
            </w:r>
            <w:proofErr w:type="spellEnd"/>
            <w:r w:rsidRPr="00740757">
              <w:rPr>
                <w:rFonts w:ascii="游明朝" w:eastAsia="游明朝" w:hAnsi="游明朝"/>
                <w:b/>
                <w:sz w:val="21"/>
                <w:szCs w:val="21"/>
              </w:rPr>
              <w:t xml:space="preserve"> FKA</w:t>
            </w:r>
          </w:p>
          <w:p w14:paraId="59F84656" w14:textId="241E57A4" w:rsidR="00BF4B43" w:rsidRPr="00740757" w:rsidRDefault="007E1D6B"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Sebelum</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memilih</w:t>
            </w:r>
            <w:proofErr w:type="spellEnd"/>
            <w:r w:rsidRPr="00740757">
              <w:rPr>
                <w:rFonts w:ascii="游明朝" w:eastAsia="游明朝" w:hAnsi="游明朝" w:hint="eastAsia"/>
                <w:bCs/>
                <w:sz w:val="21"/>
                <w:szCs w:val="21"/>
                <w:lang w:eastAsia="ja-JP"/>
              </w:rPr>
              <w:t xml:space="preserve"> booth, s</w:t>
            </w:r>
            <w:r w:rsidRPr="00740757">
              <w:rPr>
                <w:rFonts w:ascii="游明朝" w:eastAsia="游明朝" w:hAnsi="游明朝"/>
                <w:bCs/>
                <w:sz w:val="21"/>
                <w:szCs w:val="21"/>
              </w:rPr>
              <w:t xml:space="preserve">ponsor </w:t>
            </w:r>
            <w:proofErr w:type="spellStart"/>
            <w:r w:rsidRPr="00740757">
              <w:rPr>
                <w:rFonts w:ascii="游明朝" w:eastAsia="游明朝" w:hAnsi="游明朝" w:hint="eastAsia"/>
                <w:bCs/>
                <w:sz w:val="21"/>
                <w:szCs w:val="21"/>
                <w:lang w:eastAsia="ja-JP"/>
              </w:rPr>
              <w:t>wajib</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registrasi</w:t>
            </w:r>
            <w:proofErr w:type="spellEnd"/>
            <w:r w:rsidRPr="00740757">
              <w:rPr>
                <w:rFonts w:ascii="游明朝" w:eastAsia="游明朝" w:hAnsi="游明朝" w:hint="eastAsia"/>
                <w:bCs/>
                <w:sz w:val="21"/>
                <w:szCs w:val="21"/>
                <w:lang w:eastAsia="ja-JP"/>
              </w:rPr>
              <w:t xml:space="preserve"> ke </w:t>
            </w:r>
            <w:proofErr w:type="spellStart"/>
            <w:r w:rsidRPr="00740757">
              <w:rPr>
                <w:rFonts w:ascii="游明朝" w:eastAsia="游明朝" w:hAnsi="游明朝" w:hint="eastAsia"/>
                <w:bCs/>
                <w:sz w:val="21"/>
                <w:szCs w:val="21"/>
                <w:lang w:eastAsia="ja-JP"/>
              </w:rPr>
              <w:t>dalam</w:t>
            </w:r>
            <w:proofErr w:type="spellEnd"/>
            <w:r w:rsidRPr="00740757">
              <w:rPr>
                <w:rFonts w:ascii="游明朝" w:eastAsia="游明朝" w:hAnsi="游明朝" w:hint="eastAsia"/>
                <w:bCs/>
                <w:sz w:val="21"/>
                <w:szCs w:val="21"/>
                <w:lang w:eastAsia="ja-JP"/>
              </w:rPr>
              <w:t xml:space="preserve"> website </w:t>
            </w:r>
            <w:r w:rsidRPr="00740757">
              <w:rPr>
                <w:rFonts w:ascii="游明朝" w:eastAsia="游明朝" w:hAnsi="游明朝" w:hint="eastAsia"/>
                <w:bCs/>
                <w:sz w:val="21"/>
                <w:szCs w:val="21"/>
                <w:u w:val="single"/>
                <w:lang w:eastAsia="ja-JP"/>
              </w:rPr>
              <w:t>SWAM Exhibition</w:t>
            </w:r>
            <w:r w:rsidRPr="00740757">
              <w:rPr>
                <w:rFonts w:ascii="游明朝" w:eastAsia="游明朝" w:hAnsi="游明朝" w:hint="eastAsia"/>
                <w:bCs/>
                <w:sz w:val="21"/>
                <w:szCs w:val="21"/>
                <w:lang w:eastAsia="ja-JP"/>
              </w:rPr>
              <w:t xml:space="preserve"> dan </w:t>
            </w:r>
            <w:proofErr w:type="spellStart"/>
            <w:r w:rsidRPr="00740757">
              <w:rPr>
                <w:rFonts w:ascii="游明朝" w:eastAsia="游明朝" w:hAnsi="游明朝" w:hint="eastAsia"/>
                <w:bCs/>
                <w:sz w:val="21"/>
                <w:szCs w:val="21"/>
                <w:lang w:eastAsia="ja-JP"/>
              </w:rPr>
              <w:t>mengisi</w:t>
            </w:r>
            <w:proofErr w:type="spellEnd"/>
            <w:r w:rsidRPr="00740757">
              <w:rPr>
                <w:rFonts w:ascii="游明朝" w:eastAsia="游明朝" w:hAnsi="游明朝" w:hint="eastAsia"/>
                <w:bCs/>
                <w:sz w:val="21"/>
                <w:szCs w:val="21"/>
                <w:lang w:eastAsia="ja-JP"/>
              </w:rPr>
              <w:t xml:space="preserve"> profile form </w:t>
            </w:r>
            <w:proofErr w:type="spellStart"/>
            <w:r w:rsidRPr="00740757">
              <w:rPr>
                <w:rFonts w:ascii="游明朝" w:eastAsia="游明朝" w:hAnsi="游明朝" w:hint="eastAsia"/>
                <w:bCs/>
                <w:sz w:val="21"/>
                <w:szCs w:val="21"/>
                <w:lang w:eastAsia="ja-JP"/>
              </w:rPr>
              <w:t>sebagai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dasar</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pembuatan</w:t>
            </w:r>
            <w:proofErr w:type="spellEnd"/>
            <w:r w:rsidRPr="00740757">
              <w:rPr>
                <w:rFonts w:ascii="游明朝" w:eastAsia="游明朝" w:hAnsi="游明朝" w:hint="eastAsia"/>
                <w:bCs/>
                <w:sz w:val="21"/>
                <w:szCs w:val="21"/>
                <w:lang w:eastAsia="ja-JP"/>
              </w:rPr>
              <w:t xml:space="preserve"> FKA.</w:t>
            </w:r>
          </w:p>
        </w:tc>
        <w:tc>
          <w:tcPr>
            <w:tcW w:w="5465" w:type="dxa"/>
            <w:gridSpan w:val="2"/>
            <w:tcMar>
              <w:top w:w="100" w:type="dxa"/>
              <w:left w:w="80" w:type="dxa"/>
              <w:bottom w:w="100" w:type="dxa"/>
              <w:right w:w="80" w:type="dxa"/>
            </w:tcMar>
          </w:tcPr>
          <w:p w14:paraId="32F06068"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2. Registration and Event Participation Form (EPF)</w:t>
            </w:r>
          </w:p>
          <w:p w14:paraId="6E1148E9" w14:textId="73BF14D5"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Prior to selecting an exhibition booth, each Sponsor shall register through the official SWAM Exhibition website and complete the required company profile information. Such information shall serve as the basis for the preparation and issuance of the Event Participation Form (EPF).</w:t>
            </w:r>
          </w:p>
        </w:tc>
      </w:tr>
      <w:tr w:rsidR="00BF4B43" w:rsidRPr="00740757" w14:paraId="3391AB7D" w14:textId="77777777" w:rsidTr="00A71330">
        <w:trPr>
          <w:jc w:val="center"/>
        </w:trPr>
        <w:tc>
          <w:tcPr>
            <w:tcW w:w="5102" w:type="dxa"/>
            <w:tcMar>
              <w:top w:w="100" w:type="dxa"/>
              <w:left w:w="80" w:type="dxa"/>
              <w:bottom w:w="100" w:type="dxa"/>
              <w:right w:w="80" w:type="dxa"/>
            </w:tcMar>
          </w:tcPr>
          <w:p w14:paraId="79DD90AF"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3. </w:t>
            </w:r>
            <w:proofErr w:type="spellStart"/>
            <w:r w:rsidRPr="00740757">
              <w:rPr>
                <w:rFonts w:ascii="游明朝" w:eastAsia="游明朝" w:hAnsi="游明朝"/>
                <w:b/>
                <w:sz w:val="21"/>
                <w:szCs w:val="21"/>
              </w:rPr>
              <w:t>Perubahan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Reservasi</w:t>
            </w:r>
            <w:proofErr w:type="spellEnd"/>
          </w:p>
          <w:p w14:paraId="6F170590" w14:textId="17EDCEFA" w:rsidR="00E75927" w:rsidRPr="00740757" w:rsidRDefault="00E75927" w:rsidP="00ED31CD">
            <w:pPr>
              <w:pStyle w:val="ListParagraph"/>
              <w:numPr>
                <w:ilvl w:val="0"/>
                <w:numId w:val="19"/>
              </w:num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Penambahan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w:t>
            </w:r>
          </w:p>
          <w:p w14:paraId="1562E999" w14:textId="613D53D5" w:rsidR="00021F4D" w:rsidRPr="00740757" w:rsidRDefault="00C165CE"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Selama</w:t>
            </w:r>
            <w:proofErr w:type="spellEnd"/>
            <w:r w:rsidRPr="00740757">
              <w:rPr>
                <w:rFonts w:ascii="游明朝" w:eastAsia="游明朝" w:hAnsi="游明朝" w:hint="eastAsia"/>
                <w:bCs/>
                <w:sz w:val="21"/>
                <w:szCs w:val="21"/>
                <w:lang w:eastAsia="ja-JP"/>
              </w:rPr>
              <w:t xml:space="preserve"> a</w:t>
            </w:r>
            <w:r w:rsidRPr="00740757">
              <w:rPr>
                <w:rFonts w:ascii="游明朝" w:eastAsia="游明朝" w:hAnsi="游明朝"/>
                <w:bCs/>
                <w:sz w:val="21"/>
                <w:szCs w:val="21"/>
              </w:rPr>
              <w:t xml:space="preserve">cara Launching, sponsor </w:t>
            </w:r>
            <w:proofErr w:type="spellStart"/>
            <w:r w:rsidRPr="00740757">
              <w:rPr>
                <w:rFonts w:ascii="游明朝" w:eastAsia="游明朝" w:hAnsi="游明朝"/>
                <w:bCs/>
                <w:sz w:val="21"/>
                <w:szCs w:val="21"/>
              </w:rPr>
              <w:t>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menambah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Pr="00740757">
              <w:rPr>
                <w:rFonts w:ascii="游明朝" w:eastAsia="游明朝" w:hAnsi="游明朝"/>
                <w:bCs/>
                <w:sz w:val="21"/>
                <w:szCs w:val="21"/>
              </w:rPr>
              <w:t xml:space="preserve"> </w:t>
            </w:r>
            <w:r w:rsidR="00C82A3F" w:rsidRPr="00740757">
              <w:rPr>
                <w:rFonts w:ascii="游明朝" w:eastAsia="游明朝" w:hAnsi="游明朝" w:hint="eastAsia"/>
                <w:bCs/>
                <w:sz w:val="21"/>
                <w:szCs w:val="21"/>
                <w:lang w:eastAsia="ja-JP"/>
              </w:rPr>
              <w:t xml:space="preserve">booth </w:t>
            </w:r>
            <w:proofErr w:type="spellStart"/>
            <w:r w:rsidR="007E1D6B" w:rsidRPr="00740757">
              <w:rPr>
                <w:rFonts w:ascii="游明朝" w:eastAsia="游明朝" w:hAnsi="游明朝" w:hint="eastAsia"/>
                <w:bCs/>
                <w:sz w:val="21"/>
                <w:szCs w:val="21"/>
                <w:lang w:eastAsia="ja-JP"/>
              </w:rPr>
              <w:t>sesuai</w:t>
            </w:r>
            <w:proofErr w:type="spellEnd"/>
            <w:r w:rsidR="007E1D6B" w:rsidRPr="00740757">
              <w:rPr>
                <w:rFonts w:ascii="游明朝" w:eastAsia="游明朝" w:hAnsi="游明朝" w:hint="eastAsia"/>
                <w:bCs/>
                <w:sz w:val="21"/>
                <w:szCs w:val="21"/>
                <w:lang w:eastAsia="ja-JP"/>
              </w:rPr>
              <w:t xml:space="preserve"> dengan </w:t>
            </w:r>
            <w:proofErr w:type="spellStart"/>
            <w:r w:rsidR="007E1D6B" w:rsidRPr="00740757">
              <w:rPr>
                <w:rFonts w:ascii="游明朝" w:eastAsia="游明朝" w:hAnsi="游明朝" w:hint="eastAsia"/>
                <w:bCs/>
                <w:sz w:val="21"/>
                <w:szCs w:val="21"/>
                <w:lang w:eastAsia="ja-JP"/>
              </w:rPr>
              <w:t>persetujuan</w:t>
            </w:r>
            <w:proofErr w:type="spellEnd"/>
            <w:r w:rsidR="007E1D6B" w:rsidRPr="00740757">
              <w:rPr>
                <w:rFonts w:ascii="游明朝" w:eastAsia="游明朝" w:hAnsi="游明朝" w:hint="eastAsia"/>
                <w:bCs/>
                <w:sz w:val="21"/>
                <w:szCs w:val="21"/>
                <w:lang w:eastAsia="ja-JP"/>
              </w:rPr>
              <w:t xml:space="preserve"> dan </w:t>
            </w:r>
            <w:proofErr w:type="spellStart"/>
            <w:r w:rsidR="007E1D6B" w:rsidRPr="00740757">
              <w:rPr>
                <w:rFonts w:ascii="游明朝" w:eastAsia="游明朝" w:hAnsi="游明朝" w:hint="eastAsia"/>
                <w:bCs/>
                <w:sz w:val="21"/>
                <w:szCs w:val="21"/>
                <w:lang w:eastAsia="ja-JP"/>
              </w:rPr>
              <w:t>ketersediaan</w:t>
            </w:r>
            <w:proofErr w:type="spellEnd"/>
            <w:r w:rsidR="007E1D6B" w:rsidRPr="00740757">
              <w:rPr>
                <w:rFonts w:ascii="游明朝" w:eastAsia="游明朝" w:hAnsi="游明朝" w:hint="eastAsia"/>
                <w:bCs/>
                <w:sz w:val="21"/>
                <w:szCs w:val="21"/>
                <w:lang w:eastAsia="ja-JP"/>
              </w:rPr>
              <w:t xml:space="preserve"> booth</w:t>
            </w:r>
            <w:r w:rsidRPr="00740757">
              <w:rPr>
                <w:rFonts w:ascii="游明朝" w:eastAsia="游明朝" w:hAnsi="游明朝"/>
                <w:bCs/>
                <w:sz w:val="21"/>
                <w:szCs w:val="21"/>
              </w:rPr>
              <w:t>.</w:t>
            </w:r>
            <w:r w:rsidR="007E1D6B" w:rsidRPr="00740757">
              <w:rPr>
                <w:rFonts w:ascii="游明朝" w:eastAsia="游明朝" w:hAnsi="游明朝" w:hint="eastAsia"/>
                <w:bCs/>
                <w:sz w:val="21"/>
                <w:szCs w:val="21"/>
                <w:lang w:eastAsia="ja-JP"/>
              </w:rPr>
              <w:t xml:space="preserve"> </w:t>
            </w:r>
            <w:r w:rsidR="00021F4D" w:rsidRPr="00740757">
              <w:rPr>
                <w:rFonts w:ascii="游明朝" w:eastAsia="游明朝" w:hAnsi="游明朝" w:hint="eastAsia"/>
                <w:bCs/>
                <w:sz w:val="21"/>
                <w:szCs w:val="21"/>
                <w:lang w:eastAsia="ja-JP"/>
              </w:rPr>
              <w:t xml:space="preserve">Bila </w:t>
            </w:r>
            <w:proofErr w:type="spellStart"/>
            <w:r w:rsidR="00021F4D" w:rsidRPr="00740757">
              <w:rPr>
                <w:rFonts w:ascii="游明朝" w:eastAsia="游明朝" w:hAnsi="游明朝" w:hint="eastAsia"/>
                <w:bCs/>
                <w:sz w:val="21"/>
                <w:szCs w:val="21"/>
                <w:lang w:eastAsia="ja-JP"/>
              </w:rPr>
              <w:t>memerlukan</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penambahan</w:t>
            </w:r>
            <w:proofErr w:type="spellEnd"/>
            <w:r w:rsidR="00021F4D" w:rsidRPr="00740757">
              <w:rPr>
                <w:rFonts w:ascii="游明朝" w:eastAsia="游明朝" w:hAnsi="游明朝" w:hint="eastAsia"/>
                <w:bCs/>
                <w:sz w:val="21"/>
                <w:szCs w:val="21"/>
                <w:lang w:eastAsia="ja-JP"/>
              </w:rPr>
              <w:t xml:space="preserve"> booth, </w:t>
            </w:r>
            <w:proofErr w:type="spellStart"/>
            <w:r w:rsidR="00021F4D" w:rsidRPr="00740757">
              <w:rPr>
                <w:rFonts w:ascii="游明朝" w:eastAsia="游明朝" w:hAnsi="游明朝" w:hint="eastAsia"/>
                <w:bCs/>
                <w:sz w:val="21"/>
                <w:szCs w:val="21"/>
                <w:lang w:eastAsia="ja-JP"/>
              </w:rPr>
              <w:t>maka</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harus</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memberi</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konfirmasi</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kepada</w:t>
            </w:r>
            <w:proofErr w:type="spellEnd"/>
            <w:r w:rsidR="00021F4D" w:rsidRPr="00740757">
              <w:rPr>
                <w:rFonts w:ascii="游明朝" w:eastAsia="游明朝" w:hAnsi="游明朝" w:hint="eastAsia"/>
                <w:bCs/>
                <w:sz w:val="21"/>
                <w:szCs w:val="21"/>
                <w:lang w:eastAsia="ja-JP"/>
              </w:rPr>
              <w:t xml:space="preserve"> admin untuk </w:t>
            </w:r>
            <w:proofErr w:type="spellStart"/>
            <w:r w:rsidR="00021F4D" w:rsidRPr="00740757">
              <w:rPr>
                <w:rFonts w:ascii="游明朝" w:eastAsia="游明朝" w:hAnsi="游明朝" w:hint="eastAsia"/>
                <w:bCs/>
                <w:sz w:val="21"/>
                <w:szCs w:val="21"/>
                <w:lang w:eastAsia="ja-JP"/>
              </w:rPr>
              <w:t>membuka</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akses</w:t>
            </w:r>
            <w:proofErr w:type="spellEnd"/>
            <w:r w:rsidR="00021F4D" w:rsidRPr="00740757">
              <w:rPr>
                <w:rFonts w:ascii="游明朝" w:eastAsia="游明朝" w:hAnsi="游明朝" w:hint="eastAsia"/>
                <w:bCs/>
                <w:sz w:val="21"/>
                <w:szCs w:val="21"/>
                <w:lang w:eastAsia="ja-JP"/>
              </w:rPr>
              <w:t xml:space="preserve"> </w:t>
            </w:r>
            <w:proofErr w:type="spellStart"/>
            <w:r w:rsidR="00021F4D" w:rsidRPr="00740757">
              <w:rPr>
                <w:rFonts w:ascii="游明朝" w:eastAsia="游明朝" w:hAnsi="游明朝" w:hint="eastAsia"/>
                <w:bCs/>
                <w:sz w:val="21"/>
                <w:szCs w:val="21"/>
                <w:lang w:eastAsia="ja-JP"/>
              </w:rPr>
              <w:t>k</w:t>
            </w:r>
            <w:r w:rsidR="00021F4D" w:rsidRPr="00740757">
              <w:rPr>
                <w:rFonts w:ascii="游明朝" w:eastAsia="游明朝" w:hAnsi="游明朝"/>
                <w:bCs/>
                <w:sz w:val="21"/>
                <w:szCs w:val="21"/>
                <w:lang w:eastAsia="ja-JP"/>
              </w:rPr>
              <w:t>embali</w:t>
            </w:r>
            <w:proofErr w:type="spellEnd"/>
            <w:r w:rsidR="00021F4D" w:rsidRPr="00740757">
              <w:rPr>
                <w:rFonts w:ascii="游明朝" w:eastAsia="游明朝" w:hAnsi="游明朝" w:hint="eastAsia"/>
                <w:bCs/>
                <w:sz w:val="21"/>
                <w:szCs w:val="21"/>
                <w:lang w:eastAsia="ja-JP"/>
              </w:rPr>
              <w:t>.</w:t>
            </w:r>
          </w:p>
          <w:p w14:paraId="7A4EE14E" w14:textId="74B4A380" w:rsidR="00E75927" w:rsidRPr="00740757" w:rsidRDefault="00E75927" w:rsidP="00ED31CD">
            <w:pPr>
              <w:pStyle w:val="ListParagraph"/>
              <w:numPr>
                <w:ilvl w:val="0"/>
                <w:numId w:val="19"/>
              </w:num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Pemindahan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w:t>
            </w:r>
          </w:p>
          <w:p w14:paraId="10675BAD" w14:textId="34232819" w:rsidR="00021F4D" w:rsidRPr="00740757" w:rsidRDefault="00C82A3F"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Pemindahan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hint="eastAsia"/>
                <w:bCs/>
                <w:sz w:val="21"/>
                <w:szCs w:val="21"/>
                <w:lang w:eastAsia="ja-JP"/>
              </w:rPr>
              <w:t>dapat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dil</w:t>
            </w:r>
            <w:r w:rsidR="00021F4D" w:rsidRPr="00740757">
              <w:rPr>
                <w:rFonts w:ascii="游明朝" w:eastAsia="游明朝" w:hAnsi="游明朝" w:hint="eastAsia"/>
                <w:bCs/>
                <w:sz w:val="21"/>
                <w:szCs w:val="21"/>
                <w:lang w:eastAsia="ja-JP"/>
              </w:rPr>
              <w:t>akukan</w:t>
            </w:r>
            <w:proofErr w:type="spellEnd"/>
            <w:r w:rsidR="00021F4D" w:rsidRPr="00740757">
              <w:rPr>
                <w:rFonts w:ascii="游明朝" w:eastAsia="游明朝" w:hAnsi="游明朝" w:hint="eastAsia"/>
                <w:bCs/>
                <w:sz w:val="21"/>
                <w:szCs w:val="21"/>
                <w:lang w:eastAsia="ja-JP"/>
              </w:rPr>
              <w:t xml:space="preserve"> pada </w:t>
            </w:r>
            <w:proofErr w:type="spellStart"/>
            <w:r w:rsidR="00021F4D" w:rsidRPr="00740757">
              <w:rPr>
                <w:rFonts w:ascii="游明朝" w:eastAsia="游明朝" w:hAnsi="游明朝" w:hint="eastAsia"/>
                <w:bCs/>
                <w:sz w:val="21"/>
                <w:szCs w:val="21"/>
                <w:lang w:eastAsia="ja-JP"/>
              </w:rPr>
              <w:t>saat</w:t>
            </w:r>
            <w:proofErr w:type="spellEnd"/>
            <w:r w:rsidR="00021F4D" w:rsidRPr="00740757">
              <w:rPr>
                <w:rFonts w:ascii="游明朝" w:eastAsia="游明朝" w:hAnsi="游明朝" w:hint="eastAsia"/>
                <w:bCs/>
                <w:sz w:val="21"/>
                <w:szCs w:val="21"/>
                <w:lang w:eastAsia="ja-JP"/>
              </w:rPr>
              <w:t xml:space="preserve"> H+1 acara Launching.</w:t>
            </w:r>
          </w:p>
          <w:p w14:paraId="7DE70072" w14:textId="49705FFB" w:rsidR="00BF4B43" w:rsidRPr="00740757" w:rsidRDefault="00000000"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bCs/>
                <w:sz w:val="21"/>
                <w:szCs w:val="21"/>
              </w:rPr>
              <w:lastRenderedPageBreak/>
              <w:t>Setiap</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pengurangan</w:t>
            </w:r>
            <w:proofErr w:type="spellEnd"/>
            <w:r w:rsidRPr="00740757">
              <w:rPr>
                <w:rFonts w:ascii="游明朝" w:eastAsia="游明朝" w:hAnsi="游明朝"/>
                <w:bCs/>
                <w:sz w:val="21"/>
                <w:szCs w:val="21"/>
              </w:rPr>
              <w:t xml:space="preserve"> </w:t>
            </w:r>
            <w:r w:rsidR="00C82A3F" w:rsidRPr="00740757">
              <w:rPr>
                <w:rFonts w:ascii="游明朝" w:eastAsia="游明朝" w:hAnsi="游明朝" w:hint="eastAsia"/>
                <w:bCs/>
                <w:sz w:val="21"/>
                <w:szCs w:val="21"/>
                <w:lang w:eastAsia="ja-JP"/>
              </w:rPr>
              <w:t xml:space="preserve">atau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00C82A3F" w:rsidRPr="00740757">
              <w:rPr>
                <w:rFonts w:ascii="游明朝" w:eastAsia="游明朝" w:hAnsi="游明朝" w:hint="eastAsia"/>
                <w:bCs/>
                <w:sz w:val="21"/>
                <w:szCs w:val="21"/>
                <w:lang w:eastAsia="ja-JP"/>
              </w:rPr>
              <w:t xml:space="preserve"> yang </w:t>
            </w:r>
            <w:proofErr w:type="spellStart"/>
            <w:r w:rsidR="00C82A3F" w:rsidRPr="00740757">
              <w:rPr>
                <w:rFonts w:ascii="游明朝" w:eastAsia="游明朝" w:hAnsi="游明朝" w:hint="eastAsia"/>
                <w:bCs/>
                <w:sz w:val="21"/>
                <w:szCs w:val="21"/>
                <w:lang w:eastAsia="ja-JP"/>
              </w:rPr>
              <w:t>dilakukan</w:t>
            </w:r>
            <w:proofErr w:type="spellEnd"/>
            <w:r w:rsidR="00C82A3F" w:rsidRPr="00740757">
              <w:rPr>
                <w:rFonts w:ascii="游明朝" w:eastAsia="游明朝" w:hAnsi="游明朝" w:hint="eastAsia"/>
                <w:bCs/>
                <w:sz w:val="21"/>
                <w:szCs w:val="21"/>
                <w:lang w:eastAsia="ja-JP"/>
              </w:rPr>
              <w:t xml:space="preserve"> </w:t>
            </w:r>
            <w:proofErr w:type="spellStart"/>
            <w:r w:rsidR="00C82A3F" w:rsidRPr="00740757">
              <w:rPr>
                <w:rFonts w:ascii="游明朝" w:eastAsia="游明朝" w:hAnsi="游明朝" w:hint="eastAsia"/>
                <w:bCs/>
                <w:sz w:val="21"/>
                <w:szCs w:val="21"/>
                <w:lang w:eastAsia="ja-JP"/>
              </w:rPr>
              <w:t>setelah</w:t>
            </w:r>
            <w:proofErr w:type="spellEnd"/>
            <w:r w:rsidR="00C82A3F" w:rsidRPr="00740757">
              <w:rPr>
                <w:rFonts w:ascii="游明朝" w:eastAsia="游明朝" w:hAnsi="游明朝" w:hint="eastAsia"/>
                <w:bCs/>
                <w:sz w:val="21"/>
                <w:szCs w:val="21"/>
                <w:lang w:eastAsia="ja-JP"/>
              </w:rPr>
              <w:t xml:space="preserve"> </w:t>
            </w:r>
            <w:proofErr w:type="spellStart"/>
            <w:r w:rsidR="00C82A3F" w:rsidRPr="00740757">
              <w:rPr>
                <w:rFonts w:ascii="游明朝" w:eastAsia="游明朝" w:hAnsi="游明朝" w:hint="eastAsia"/>
                <w:bCs/>
                <w:sz w:val="21"/>
                <w:szCs w:val="21"/>
                <w:lang w:eastAsia="ja-JP"/>
              </w:rPr>
              <w:t>konfirmasi</w:t>
            </w:r>
            <w:proofErr w:type="spellEnd"/>
            <w:r w:rsidR="00C82A3F" w:rsidRPr="00740757">
              <w:rPr>
                <w:rFonts w:ascii="游明朝" w:eastAsia="游明朝" w:hAnsi="游明朝" w:hint="eastAsia"/>
                <w:bCs/>
                <w:sz w:val="21"/>
                <w:szCs w:val="21"/>
                <w:lang w:eastAsia="ja-JP"/>
              </w:rPr>
              <w:t xml:space="preserve"> </w:t>
            </w:r>
            <w:proofErr w:type="spellStart"/>
            <w:r w:rsidR="00C82A3F" w:rsidRPr="00740757">
              <w:rPr>
                <w:rFonts w:ascii="游明朝" w:eastAsia="游明朝" w:hAnsi="游明朝" w:hint="eastAsia"/>
                <w:bCs/>
                <w:sz w:val="21"/>
                <w:szCs w:val="21"/>
                <w:lang w:eastAsia="ja-JP"/>
              </w:rPr>
              <w:t>dari</w:t>
            </w:r>
            <w:proofErr w:type="spellEnd"/>
            <w:r w:rsidR="00C82A3F" w:rsidRPr="00740757">
              <w:rPr>
                <w:rFonts w:ascii="游明朝" w:eastAsia="游明朝" w:hAnsi="游明朝" w:hint="eastAsia"/>
                <w:bCs/>
                <w:sz w:val="21"/>
                <w:szCs w:val="21"/>
                <w:lang w:eastAsia="ja-JP"/>
              </w:rPr>
              <w:t xml:space="preserve"> </w:t>
            </w:r>
            <w:proofErr w:type="spellStart"/>
            <w:r w:rsidR="00C82A3F" w:rsidRPr="00740757">
              <w:rPr>
                <w:rFonts w:ascii="游明朝" w:eastAsia="游明朝" w:hAnsi="游明朝" w:hint="eastAsia"/>
                <w:bCs/>
                <w:sz w:val="21"/>
                <w:szCs w:val="21"/>
                <w:lang w:eastAsia="ja-JP"/>
              </w:rPr>
              <w:t>pihak</w:t>
            </w:r>
            <w:proofErr w:type="spellEnd"/>
            <w:r w:rsidR="00C82A3F" w:rsidRPr="00740757">
              <w:rPr>
                <w:rFonts w:ascii="游明朝" w:eastAsia="游明朝" w:hAnsi="游明朝" w:hint="eastAsia"/>
                <w:bCs/>
                <w:sz w:val="21"/>
                <w:szCs w:val="21"/>
                <w:lang w:eastAsia="ja-JP"/>
              </w:rPr>
              <w:t xml:space="preserve"> sponsor </w:t>
            </w:r>
            <w:proofErr w:type="spellStart"/>
            <w:r w:rsidR="00C82A3F" w:rsidRPr="00740757">
              <w:rPr>
                <w:rFonts w:ascii="游明朝" w:eastAsia="游明朝" w:hAnsi="游明朝" w:hint="eastAsia"/>
                <w:bCs/>
                <w:sz w:val="21"/>
                <w:szCs w:val="21"/>
                <w:lang w:eastAsia="ja-JP"/>
              </w:rPr>
              <w:t>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dikenakan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penalti</w:t>
            </w:r>
            <w:proofErr w:type="spellEnd"/>
            <w:r w:rsidRPr="00740757">
              <w:rPr>
                <w:rFonts w:ascii="游明朝" w:eastAsia="游明朝" w:hAnsi="游明朝"/>
                <w:bCs/>
                <w:sz w:val="21"/>
                <w:szCs w:val="21"/>
              </w:rPr>
              <w:t xml:space="preserve"> 25% </w:t>
            </w:r>
            <w:proofErr w:type="spellStart"/>
            <w:r w:rsidRPr="00740757">
              <w:rPr>
                <w:rFonts w:ascii="游明朝" w:eastAsia="游明朝" w:hAnsi="游明朝"/>
                <w:bCs/>
                <w:sz w:val="21"/>
                <w:szCs w:val="21"/>
              </w:rPr>
              <w:t>sesuai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dalam</w:t>
            </w:r>
            <w:proofErr w:type="spellEnd"/>
            <w:r w:rsidRPr="00740757">
              <w:rPr>
                <w:rFonts w:ascii="游明朝" w:eastAsia="游明朝" w:hAnsi="游明朝"/>
                <w:bCs/>
                <w:sz w:val="21"/>
                <w:szCs w:val="21"/>
              </w:rPr>
              <w:t xml:space="preserve"> </w:t>
            </w:r>
            <w:proofErr w:type="spellStart"/>
            <w:r w:rsidR="00812F60" w:rsidRPr="00740757">
              <w:rPr>
                <w:rFonts w:ascii="游明朝" w:eastAsia="游明朝" w:hAnsi="游明朝" w:hint="eastAsia"/>
                <w:bCs/>
                <w:sz w:val="21"/>
                <w:szCs w:val="21"/>
                <w:lang w:eastAsia="ja-JP"/>
              </w:rPr>
              <w:t>Poin</w:t>
            </w:r>
            <w:proofErr w:type="spellEnd"/>
            <w:r w:rsidRPr="00740757">
              <w:rPr>
                <w:rFonts w:ascii="游明朝" w:eastAsia="游明朝" w:hAnsi="游明朝"/>
                <w:bCs/>
                <w:sz w:val="21"/>
                <w:szCs w:val="21"/>
              </w:rPr>
              <w:t xml:space="preserve"> 8</w:t>
            </w:r>
            <w:r w:rsidR="007E1D6B"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bCs/>
                <w:sz w:val="21"/>
                <w:szCs w:val="21"/>
              </w:rPr>
              <w:t>ditambah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pajak</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telah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dibayarkan</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dikembalikan</w:t>
            </w:r>
            <w:proofErr w:type="spellEnd"/>
            <w:r w:rsidRPr="00740757">
              <w:rPr>
                <w:rFonts w:ascii="游明朝" w:eastAsia="游明朝" w:hAnsi="游明朝"/>
                <w:bCs/>
                <w:sz w:val="21"/>
                <w:szCs w:val="21"/>
              </w:rPr>
              <w:t>.</w:t>
            </w:r>
            <w:r w:rsidR="00C82A3F" w:rsidRPr="00740757">
              <w:rPr>
                <w:rFonts w:ascii="游明朝" w:eastAsia="游明朝" w:hAnsi="游明朝" w:hint="eastAsia"/>
                <w:bCs/>
                <w:sz w:val="21"/>
                <w:szCs w:val="21"/>
                <w:lang w:eastAsia="ja-JP"/>
              </w:rPr>
              <w:t xml:space="preserve"> </w:t>
            </w:r>
            <w:r w:rsidR="007E1D6B" w:rsidRPr="00740757">
              <w:rPr>
                <w:rFonts w:ascii="游明朝" w:eastAsia="游明朝" w:hAnsi="游明朝" w:hint="eastAsia"/>
                <w:bCs/>
                <w:sz w:val="21"/>
                <w:szCs w:val="21"/>
                <w:lang w:eastAsia="ja-JP"/>
              </w:rPr>
              <w:t xml:space="preserve">Sponsor yang </w:t>
            </w:r>
            <w:proofErr w:type="spellStart"/>
            <w:r w:rsidR="007E1D6B" w:rsidRPr="00740757">
              <w:rPr>
                <w:rFonts w:ascii="游明朝" w:eastAsia="游明朝" w:hAnsi="游明朝" w:hint="eastAsia"/>
                <w:bCs/>
                <w:sz w:val="21"/>
                <w:szCs w:val="21"/>
                <w:lang w:eastAsia="ja-JP"/>
              </w:rPr>
              <w:t>mengurangi</w:t>
            </w:r>
            <w:proofErr w:type="spellEnd"/>
            <w:r w:rsidR="007E1D6B" w:rsidRPr="00740757">
              <w:rPr>
                <w:rFonts w:ascii="游明朝" w:eastAsia="游明朝" w:hAnsi="游明朝" w:hint="eastAsia"/>
                <w:bCs/>
                <w:sz w:val="21"/>
                <w:szCs w:val="21"/>
                <w:lang w:eastAsia="ja-JP"/>
              </w:rPr>
              <w:t xml:space="preserve"> atau </w:t>
            </w:r>
            <w:proofErr w:type="spellStart"/>
            <w:r w:rsidR="007E1D6B" w:rsidRPr="00740757">
              <w:rPr>
                <w:rFonts w:ascii="游明朝" w:eastAsia="游明朝" w:hAnsi="游明朝" w:hint="eastAsia"/>
                <w:bCs/>
                <w:sz w:val="21"/>
                <w:szCs w:val="21"/>
                <w:lang w:eastAsia="ja-JP"/>
              </w:rPr>
              <w:t>membatalkan</w:t>
            </w:r>
            <w:proofErr w:type="spellEnd"/>
            <w:r w:rsidR="007E1D6B" w:rsidRPr="00740757">
              <w:rPr>
                <w:rFonts w:ascii="游明朝" w:eastAsia="游明朝" w:hAnsi="游明朝" w:hint="eastAsia"/>
                <w:bCs/>
                <w:sz w:val="21"/>
                <w:szCs w:val="21"/>
                <w:lang w:eastAsia="ja-JP"/>
              </w:rPr>
              <w:t xml:space="preserve"> </w:t>
            </w:r>
            <w:proofErr w:type="spellStart"/>
            <w:r w:rsidR="007E1D6B" w:rsidRPr="00740757">
              <w:rPr>
                <w:rFonts w:ascii="游明朝" w:eastAsia="游明朝" w:hAnsi="游明朝" w:hint="eastAsia"/>
                <w:bCs/>
                <w:sz w:val="21"/>
                <w:szCs w:val="21"/>
                <w:lang w:eastAsia="ja-JP"/>
              </w:rPr>
              <w:t>reservasi</w:t>
            </w:r>
            <w:proofErr w:type="spellEnd"/>
            <w:r w:rsidR="007E1D6B" w:rsidRPr="00740757">
              <w:rPr>
                <w:rFonts w:ascii="游明朝" w:eastAsia="游明朝" w:hAnsi="游明朝" w:hint="eastAsia"/>
                <w:bCs/>
                <w:sz w:val="21"/>
                <w:szCs w:val="21"/>
                <w:lang w:eastAsia="ja-JP"/>
              </w:rPr>
              <w:t xml:space="preserve"> booth </w:t>
            </w:r>
            <w:proofErr w:type="spellStart"/>
            <w:r w:rsidR="007E1D6B" w:rsidRPr="00740757">
              <w:rPr>
                <w:rFonts w:ascii="游明朝" w:eastAsia="游明朝" w:hAnsi="游明朝" w:hint="eastAsia"/>
                <w:bCs/>
                <w:sz w:val="21"/>
                <w:szCs w:val="21"/>
                <w:lang w:eastAsia="ja-JP"/>
              </w:rPr>
              <w:t>tidak</w:t>
            </w:r>
            <w:proofErr w:type="spellEnd"/>
            <w:r w:rsidR="007E1D6B" w:rsidRPr="00740757">
              <w:rPr>
                <w:rFonts w:ascii="游明朝" w:eastAsia="游明朝" w:hAnsi="游明朝" w:hint="eastAsia"/>
                <w:bCs/>
                <w:sz w:val="21"/>
                <w:szCs w:val="21"/>
                <w:lang w:eastAsia="ja-JP"/>
              </w:rPr>
              <w:t xml:space="preserve"> </w:t>
            </w:r>
            <w:proofErr w:type="spellStart"/>
            <w:r w:rsidR="007E1D6B" w:rsidRPr="00740757">
              <w:rPr>
                <w:rFonts w:ascii="游明朝" w:eastAsia="游明朝" w:hAnsi="游明朝" w:hint="eastAsia"/>
                <w:bCs/>
                <w:sz w:val="21"/>
                <w:szCs w:val="21"/>
                <w:lang w:eastAsia="ja-JP"/>
              </w:rPr>
              <w:t>dapat</w:t>
            </w:r>
            <w:proofErr w:type="spellEnd"/>
            <w:r w:rsidR="007E1D6B" w:rsidRPr="00740757">
              <w:rPr>
                <w:rFonts w:ascii="游明朝" w:eastAsia="游明朝" w:hAnsi="游明朝" w:hint="eastAsia"/>
                <w:bCs/>
                <w:sz w:val="21"/>
                <w:szCs w:val="21"/>
                <w:lang w:eastAsia="ja-JP"/>
              </w:rPr>
              <w:t xml:space="preserve"> </w:t>
            </w:r>
            <w:proofErr w:type="spellStart"/>
            <w:r w:rsidR="007E1D6B" w:rsidRPr="00740757">
              <w:rPr>
                <w:rFonts w:ascii="游明朝" w:eastAsia="游明朝" w:hAnsi="游明朝" w:hint="eastAsia"/>
                <w:bCs/>
                <w:sz w:val="21"/>
                <w:szCs w:val="21"/>
                <w:lang w:eastAsia="ja-JP"/>
              </w:rPr>
              <w:t>menetap</w:t>
            </w:r>
            <w:proofErr w:type="spellEnd"/>
            <w:r w:rsidR="007E1D6B" w:rsidRPr="00740757">
              <w:rPr>
                <w:rFonts w:ascii="游明朝" w:eastAsia="游明朝" w:hAnsi="游明朝" w:hint="eastAsia"/>
                <w:bCs/>
                <w:sz w:val="21"/>
                <w:szCs w:val="21"/>
                <w:lang w:eastAsia="ja-JP"/>
              </w:rPr>
              <w:t xml:space="preserve"> di </w:t>
            </w:r>
            <w:proofErr w:type="spellStart"/>
            <w:r w:rsidR="007E1D6B" w:rsidRPr="00740757">
              <w:rPr>
                <w:rFonts w:ascii="游明朝" w:eastAsia="游明朝" w:hAnsi="游明朝" w:hint="eastAsia"/>
                <w:bCs/>
                <w:sz w:val="21"/>
                <w:szCs w:val="21"/>
                <w:lang w:eastAsia="ja-JP"/>
              </w:rPr>
              <w:t>l</w:t>
            </w:r>
            <w:r w:rsidR="007E1D6B" w:rsidRPr="00740757">
              <w:rPr>
                <w:rFonts w:ascii="游明朝" w:eastAsia="游明朝" w:hAnsi="游明朝"/>
                <w:bCs/>
                <w:sz w:val="21"/>
                <w:szCs w:val="21"/>
                <w:lang w:eastAsia="ja-JP"/>
              </w:rPr>
              <w:t>okasi</w:t>
            </w:r>
            <w:proofErr w:type="spellEnd"/>
            <w:r w:rsidR="007E1D6B" w:rsidRPr="00740757">
              <w:rPr>
                <w:rFonts w:ascii="游明朝" w:eastAsia="游明朝" w:hAnsi="游明朝" w:hint="eastAsia"/>
                <w:bCs/>
                <w:sz w:val="21"/>
                <w:szCs w:val="21"/>
                <w:lang w:eastAsia="ja-JP"/>
              </w:rPr>
              <w:t xml:space="preserve"> </w:t>
            </w:r>
            <w:proofErr w:type="spellStart"/>
            <w:r w:rsidR="007E1D6B" w:rsidRPr="00740757">
              <w:rPr>
                <w:rFonts w:ascii="游明朝" w:eastAsia="游明朝" w:hAnsi="游明朝" w:hint="eastAsia"/>
                <w:bCs/>
                <w:sz w:val="21"/>
                <w:szCs w:val="21"/>
                <w:lang w:eastAsia="ja-JP"/>
              </w:rPr>
              <w:t>awal</w:t>
            </w:r>
            <w:proofErr w:type="spellEnd"/>
            <w:r w:rsidR="007E1D6B" w:rsidRPr="00740757">
              <w:rPr>
                <w:rFonts w:ascii="游明朝" w:eastAsia="游明朝" w:hAnsi="游明朝" w:hint="eastAsia"/>
                <w:bCs/>
                <w:sz w:val="21"/>
                <w:szCs w:val="21"/>
                <w:lang w:eastAsia="ja-JP"/>
              </w:rPr>
              <w:t xml:space="preserve"> yang </w:t>
            </w:r>
            <w:proofErr w:type="spellStart"/>
            <w:r w:rsidR="007E1D6B" w:rsidRPr="00740757">
              <w:rPr>
                <w:rFonts w:ascii="游明朝" w:eastAsia="游明朝" w:hAnsi="游明朝" w:hint="eastAsia"/>
                <w:bCs/>
                <w:sz w:val="21"/>
                <w:szCs w:val="21"/>
                <w:lang w:eastAsia="ja-JP"/>
              </w:rPr>
              <w:t>telah</w:t>
            </w:r>
            <w:proofErr w:type="spellEnd"/>
            <w:r w:rsidR="007E1D6B" w:rsidRPr="00740757">
              <w:rPr>
                <w:rFonts w:ascii="游明朝" w:eastAsia="游明朝" w:hAnsi="游明朝" w:hint="eastAsia"/>
                <w:bCs/>
                <w:sz w:val="21"/>
                <w:szCs w:val="21"/>
                <w:lang w:eastAsia="ja-JP"/>
              </w:rPr>
              <w:t xml:space="preserve"> </w:t>
            </w:r>
            <w:proofErr w:type="spellStart"/>
            <w:r w:rsidR="007E1D6B" w:rsidRPr="00740757">
              <w:rPr>
                <w:rFonts w:ascii="游明朝" w:eastAsia="游明朝" w:hAnsi="游明朝" w:hint="eastAsia"/>
                <w:bCs/>
                <w:sz w:val="21"/>
                <w:szCs w:val="21"/>
                <w:lang w:eastAsia="ja-JP"/>
              </w:rPr>
              <w:t>dipilih</w:t>
            </w:r>
            <w:proofErr w:type="spellEnd"/>
            <w:r w:rsidR="007E1D6B" w:rsidRPr="00740757">
              <w:rPr>
                <w:rFonts w:ascii="游明朝" w:eastAsia="游明朝" w:hAnsi="游明朝" w:hint="eastAsia"/>
                <w:bCs/>
                <w:sz w:val="21"/>
                <w:szCs w:val="21"/>
                <w:lang w:eastAsia="ja-JP"/>
              </w:rPr>
              <w:t>.</w:t>
            </w:r>
          </w:p>
        </w:tc>
        <w:tc>
          <w:tcPr>
            <w:tcW w:w="5465" w:type="dxa"/>
            <w:gridSpan w:val="2"/>
            <w:tcMar>
              <w:top w:w="100" w:type="dxa"/>
              <w:left w:w="80" w:type="dxa"/>
              <w:bottom w:w="100" w:type="dxa"/>
              <w:right w:w="80" w:type="dxa"/>
            </w:tcMar>
          </w:tcPr>
          <w:p w14:paraId="2A54504D"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3. Reservation Amendments</w:t>
            </w:r>
          </w:p>
          <w:p w14:paraId="7F995FF4"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a. Additional Booth Reservations</w:t>
            </w:r>
          </w:p>
          <w:p w14:paraId="3A030682"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During the Launching Event, a Sponsor may increase the number of booth reservations, subject to booth availability and the Organizer's approval. Where additional booths are requested after the initial reservation has been confirmed, the Sponsor shall notify the Organizer to reopen the reservation access.</w:t>
            </w:r>
          </w:p>
          <w:p w14:paraId="211D6E3D"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b. Booth Relocation</w:t>
            </w:r>
          </w:p>
          <w:p w14:paraId="011AD8CE"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Requests to relocate a reserved booth may only be submitted commencing on the first day (H+1) following </w:t>
            </w:r>
            <w:r w:rsidRPr="00740757">
              <w:rPr>
                <w:rFonts w:ascii="游明朝" w:eastAsia="游明朝" w:hAnsi="游明朝"/>
                <w:bCs/>
                <w:sz w:val="21"/>
                <w:szCs w:val="21"/>
              </w:rPr>
              <w:lastRenderedPageBreak/>
              <w:t>the Launching Event and shall remain subject to booth availability and the Organizer's approval.</w:t>
            </w:r>
          </w:p>
          <w:p w14:paraId="028E9909" w14:textId="0B81EC45"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Any reduction or cancellation of a confirmed booth reservation shall be subject to a cancellation penalty of twenty-five percent (25%) in accordance with Clause 8. Any taxes already paid shall be non-refundable. Sponsors who reduce or cancel their booth reservation shall not retain or occupy the originally selected booth location.</w:t>
            </w:r>
          </w:p>
        </w:tc>
      </w:tr>
      <w:tr w:rsidR="00BF4B43" w:rsidRPr="00740757" w14:paraId="7A28FDF6" w14:textId="77777777" w:rsidTr="00A71330">
        <w:trPr>
          <w:jc w:val="center"/>
        </w:trPr>
        <w:tc>
          <w:tcPr>
            <w:tcW w:w="5102" w:type="dxa"/>
            <w:tcMar>
              <w:top w:w="100" w:type="dxa"/>
              <w:left w:w="80" w:type="dxa"/>
              <w:bottom w:w="100" w:type="dxa"/>
              <w:right w:w="80" w:type="dxa"/>
            </w:tcMar>
          </w:tcPr>
          <w:p w14:paraId="766C9D3F"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4. Sponsor yang Tidak Menghadiri Acara Launching</w:t>
            </w:r>
          </w:p>
          <w:p w14:paraId="1302CF24" w14:textId="543D38D5" w:rsidR="00BF4B43" w:rsidRPr="00740757" w:rsidRDefault="00000000"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 xml:space="preserve">Sponsor yang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menghadiri</w:t>
            </w:r>
            <w:proofErr w:type="spellEnd"/>
            <w:r w:rsidRPr="00740757">
              <w:rPr>
                <w:rFonts w:ascii="游明朝" w:eastAsia="游明朝" w:hAnsi="游明朝"/>
                <w:bCs/>
                <w:sz w:val="21"/>
                <w:szCs w:val="21"/>
              </w:rPr>
              <w:t xml:space="preserve"> Acara Launching </w:t>
            </w:r>
            <w:proofErr w:type="spellStart"/>
            <w:r w:rsidRPr="00740757">
              <w:rPr>
                <w:rFonts w:ascii="游明朝" w:eastAsia="游明朝" w:hAnsi="游明朝"/>
                <w:bCs/>
                <w:sz w:val="21"/>
                <w:szCs w:val="21"/>
              </w:rPr>
              <w:t>hanya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memilih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lokasi</w:t>
            </w:r>
            <w:proofErr w:type="spellEnd"/>
            <w:r w:rsidRPr="00740757">
              <w:rPr>
                <w:rFonts w:ascii="游明朝" w:eastAsia="游明朝" w:hAnsi="游明朝"/>
                <w:bCs/>
                <w:sz w:val="21"/>
                <w:szCs w:val="21"/>
              </w:rPr>
              <w:t xml:space="preserve"> booth mulai </w:t>
            </w:r>
            <w:r w:rsidR="00390423" w:rsidRPr="00740757">
              <w:rPr>
                <w:rFonts w:ascii="游明朝" w:eastAsia="游明朝" w:hAnsi="游明朝" w:hint="eastAsia"/>
                <w:bCs/>
                <w:sz w:val="21"/>
                <w:szCs w:val="21"/>
                <w:lang w:eastAsia="ja-JP"/>
              </w:rPr>
              <w:t>H+2</w:t>
            </w:r>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setelah</w:t>
            </w:r>
            <w:proofErr w:type="spellEnd"/>
            <w:r w:rsidRPr="00740757">
              <w:rPr>
                <w:rFonts w:ascii="游明朝" w:eastAsia="游明朝" w:hAnsi="游明朝"/>
                <w:bCs/>
                <w:sz w:val="21"/>
                <w:szCs w:val="21"/>
              </w:rPr>
              <w:t xml:space="preserve"> Acara Launching.</w:t>
            </w:r>
          </w:p>
        </w:tc>
        <w:tc>
          <w:tcPr>
            <w:tcW w:w="5465" w:type="dxa"/>
            <w:gridSpan w:val="2"/>
            <w:tcMar>
              <w:top w:w="100" w:type="dxa"/>
              <w:left w:w="80" w:type="dxa"/>
              <w:bottom w:w="100" w:type="dxa"/>
              <w:right w:w="80" w:type="dxa"/>
            </w:tcMar>
          </w:tcPr>
          <w:p w14:paraId="42A15D68"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4. Sponsors Not Attending the Launching Event</w:t>
            </w:r>
          </w:p>
          <w:p w14:paraId="3EB67EBD" w14:textId="6953F079"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Sponsors who do not attend the Launching Event shall only be entitled to select their booth location beginning on the second day (H+2) after the Launching Event, subject to the remaining booth availability.</w:t>
            </w:r>
          </w:p>
        </w:tc>
      </w:tr>
      <w:tr w:rsidR="00BF4B43" w:rsidRPr="00740757" w14:paraId="22C4C265" w14:textId="77777777" w:rsidTr="00A71330">
        <w:trPr>
          <w:jc w:val="center"/>
        </w:trPr>
        <w:tc>
          <w:tcPr>
            <w:tcW w:w="5102" w:type="dxa"/>
            <w:tcMar>
              <w:top w:w="100" w:type="dxa"/>
              <w:left w:w="80" w:type="dxa"/>
              <w:bottom w:w="100" w:type="dxa"/>
              <w:right w:w="80" w:type="dxa"/>
            </w:tcMar>
          </w:tcPr>
          <w:p w14:paraId="11A3B663"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5. </w:t>
            </w:r>
            <w:proofErr w:type="spellStart"/>
            <w:r w:rsidRPr="00740757">
              <w:rPr>
                <w:rFonts w:ascii="游明朝" w:eastAsia="游明朝" w:hAnsi="游明朝"/>
                <w:b/>
                <w:sz w:val="21"/>
                <w:szCs w:val="21"/>
              </w:rPr>
              <w:t>Diskon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Pelunasan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Penuh</w:t>
            </w:r>
            <w:proofErr w:type="spellEnd"/>
          </w:p>
          <w:p w14:paraId="5098BCB8" w14:textId="5AFE55B1"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Sponsor yang </w:t>
            </w:r>
            <w:proofErr w:type="spellStart"/>
            <w:r w:rsidRPr="00740757">
              <w:rPr>
                <w:rFonts w:ascii="游明朝" w:eastAsia="游明朝" w:hAnsi="游明朝"/>
                <w:bCs/>
                <w:sz w:val="21"/>
                <w:szCs w:val="21"/>
              </w:rPr>
              <w:t>melunasi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seluruh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nilai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dalam</w:t>
            </w:r>
            <w:proofErr w:type="spellEnd"/>
            <w:r w:rsidRPr="00740757">
              <w:rPr>
                <w:rFonts w:ascii="游明朝" w:eastAsia="游明朝" w:hAnsi="游明朝"/>
                <w:bCs/>
                <w:sz w:val="21"/>
                <w:szCs w:val="21"/>
              </w:rPr>
              <w:t xml:space="preserve"> 14 (</w:t>
            </w:r>
            <w:proofErr w:type="spellStart"/>
            <w:r w:rsidRPr="00740757">
              <w:rPr>
                <w:rFonts w:ascii="游明朝" w:eastAsia="游明朝" w:hAnsi="游明朝"/>
                <w:bCs/>
                <w:sz w:val="21"/>
                <w:szCs w:val="21"/>
              </w:rPr>
              <w:t>empat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belas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kalender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setelah</w:t>
            </w:r>
            <w:proofErr w:type="spellEnd"/>
            <w:r w:rsidRPr="00740757">
              <w:rPr>
                <w:rFonts w:ascii="游明朝" w:eastAsia="游明朝" w:hAnsi="游明朝"/>
                <w:bCs/>
                <w:sz w:val="21"/>
                <w:szCs w:val="21"/>
              </w:rPr>
              <w:t xml:space="preserve"> </w:t>
            </w:r>
            <w:r w:rsidR="00982215" w:rsidRPr="00740757">
              <w:rPr>
                <w:rFonts w:ascii="游明朝" w:eastAsia="游明朝" w:hAnsi="游明朝" w:hint="eastAsia"/>
                <w:bCs/>
                <w:sz w:val="21"/>
                <w:szCs w:val="21"/>
                <w:lang w:eastAsia="ja-JP"/>
              </w:rPr>
              <w:t xml:space="preserve">proforma invoice </w:t>
            </w:r>
            <w:proofErr w:type="spellStart"/>
            <w:r w:rsidR="00982215" w:rsidRPr="00740757">
              <w:rPr>
                <w:rFonts w:ascii="游明朝" w:eastAsia="游明朝" w:hAnsi="游明朝" w:hint="eastAsia"/>
                <w:bCs/>
                <w:sz w:val="21"/>
                <w:szCs w:val="21"/>
                <w:lang w:eastAsia="ja-JP"/>
              </w:rPr>
              <w:t>diterbitkan</w:t>
            </w:r>
            <w:proofErr w:type="spellEnd"/>
            <w:r w:rsidR="00982215" w:rsidRPr="00740757">
              <w:rPr>
                <w:rFonts w:ascii="游明朝" w:eastAsia="游明朝" w:hAnsi="游明朝" w:hint="eastAsia"/>
                <w:bCs/>
                <w:sz w:val="21"/>
                <w:szCs w:val="21"/>
                <w:lang w:eastAsia="ja-JP"/>
              </w:rPr>
              <w:t xml:space="preserve"> pada Acara Launching</w:t>
            </w:r>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memperoleh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diskon</w:t>
            </w:r>
            <w:proofErr w:type="spellEnd"/>
            <w:r w:rsidRPr="00740757">
              <w:rPr>
                <w:rFonts w:ascii="游明朝" w:eastAsia="游明朝" w:hAnsi="游明朝"/>
                <w:bCs/>
                <w:sz w:val="21"/>
                <w:szCs w:val="21"/>
              </w:rPr>
              <w:t xml:space="preserve"> 5% </w:t>
            </w:r>
            <w:proofErr w:type="spellStart"/>
            <w:r w:rsidRPr="00740757">
              <w:rPr>
                <w:rFonts w:ascii="游明朝" w:eastAsia="游明朝" w:hAnsi="游明朝"/>
                <w:bCs/>
                <w:sz w:val="21"/>
                <w:szCs w:val="21"/>
              </w:rPr>
              <w:t>dari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harga</w:t>
            </w:r>
            <w:proofErr w:type="spellEnd"/>
            <w:r w:rsidRPr="00740757">
              <w:rPr>
                <w:rFonts w:ascii="游明朝" w:eastAsia="游明朝" w:hAnsi="游明朝"/>
                <w:bCs/>
                <w:sz w:val="21"/>
                <w:szCs w:val="21"/>
              </w:rPr>
              <w:t xml:space="preserve"> booth yang </w:t>
            </w:r>
            <w:proofErr w:type="spellStart"/>
            <w:r w:rsidRPr="00740757">
              <w:rPr>
                <w:rFonts w:ascii="游明朝" w:eastAsia="游明朝" w:hAnsi="游明朝"/>
                <w:bCs/>
                <w:sz w:val="21"/>
                <w:szCs w:val="21"/>
              </w:rPr>
              <w:t>disepakati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pajak</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454CAC49"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5. Full Payment Discount</w:t>
            </w:r>
          </w:p>
          <w:p w14:paraId="49BAEA8B" w14:textId="4BBA2C47"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Sponsors who settle the full reservation amount within fourteen (14) calendar days from the issuance date of the Proforma Invoice during the Launching Event shall be entitled to a five percent (5%) discount on the agreed booth price before applicable taxes.</w:t>
            </w:r>
          </w:p>
        </w:tc>
      </w:tr>
      <w:tr w:rsidR="00BF4B43" w:rsidRPr="00740757" w14:paraId="5B689121" w14:textId="77777777" w:rsidTr="00A71330">
        <w:trPr>
          <w:jc w:val="center"/>
        </w:trPr>
        <w:tc>
          <w:tcPr>
            <w:tcW w:w="5102" w:type="dxa"/>
            <w:tcMar>
              <w:top w:w="100" w:type="dxa"/>
              <w:left w:w="80" w:type="dxa"/>
              <w:bottom w:w="100" w:type="dxa"/>
              <w:right w:w="80" w:type="dxa"/>
            </w:tcMar>
          </w:tcPr>
          <w:p w14:paraId="716265BE"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6. Invoice dan </w:t>
            </w:r>
            <w:proofErr w:type="spellStart"/>
            <w:r w:rsidRPr="00740757">
              <w:rPr>
                <w:rFonts w:ascii="游明朝" w:eastAsia="游明朝" w:hAnsi="游明朝"/>
                <w:b/>
                <w:sz w:val="21"/>
                <w:szCs w:val="21"/>
              </w:rPr>
              <w:t>Pembayaran</w:t>
            </w:r>
            <w:proofErr w:type="spellEnd"/>
          </w:p>
          <w:p w14:paraId="25E30899" w14:textId="03B68674" w:rsidR="00696535" w:rsidRPr="00740757" w:rsidRDefault="00FB2848"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A. </w:t>
            </w:r>
            <w:proofErr w:type="spellStart"/>
            <w:r w:rsidR="00696535" w:rsidRPr="00740757">
              <w:rPr>
                <w:rFonts w:ascii="游明朝" w:eastAsia="游明朝" w:hAnsi="游明朝" w:hint="eastAsia"/>
                <w:bCs/>
                <w:sz w:val="21"/>
                <w:szCs w:val="21"/>
                <w:lang w:eastAsia="ja-JP"/>
              </w:rPr>
              <w:t>Pembayaran</w:t>
            </w:r>
            <w:proofErr w:type="spellEnd"/>
            <w:r w:rsidR="00696535" w:rsidRPr="00740757">
              <w:rPr>
                <w:rFonts w:ascii="游明朝" w:eastAsia="游明朝" w:hAnsi="游明朝" w:hint="eastAsia"/>
                <w:bCs/>
                <w:sz w:val="21"/>
                <w:szCs w:val="21"/>
                <w:lang w:eastAsia="ja-JP"/>
              </w:rPr>
              <w:t xml:space="preserve"> booth</w:t>
            </w:r>
            <w:r w:rsidR="00812F60" w:rsidRPr="00740757">
              <w:rPr>
                <w:rFonts w:ascii="游明朝" w:eastAsia="游明朝" w:hAnsi="游明朝" w:hint="eastAsia"/>
                <w:bCs/>
                <w:sz w:val="21"/>
                <w:szCs w:val="21"/>
                <w:lang w:eastAsia="ja-JP"/>
              </w:rPr>
              <w:t xml:space="preserve"> pada Acara Launching</w:t>
            </w:r>
          </w:p>
          <w:p w14:paraId="7B9FFDC9" w14:textId="77777777" w:rsidR="00FB2848" w:rsidRPr="00740757" w:rsidRDefault="00390423" w:rsidP="00ED31CD">
            <w:pPr>
              <w:pStyle w:val="ListParagraph"/>
              <w:numPr>
                <w:ilvl w:val="0"/>
                <w:numId w:val="41"/>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S</w:t>
            </w:r>
            <w:r w:rsidR="00DF759E" w:rsidRPr="00740757">
              <w:rPr>
                <w:rFonts w:ascii="游明朝" w:eastAsia="游明朝" w:hAnsi="游明朝" w:hint="eastAsia"/>
                <w:bCs/>
                <w:sz w:val="21"/>
                <w:szCs w:val="21"/>
                <w:lang w:eastAsia="ja-JP"/>
              </w:rPr>
              <w:t>etelah</w:t>
            </w:r>
            <w:proofErr w:type="spellEnd"/>
            <w:r w:rsidR="00DF759E" w:rsidRPr="00740757">
              <w:rPr>
                <w:rFonts w:ascii="游明朝" w:eastAsia="游明朝" w:hAnsi="游明朝" w:hint="eastAsia"/>
                <w:bCs/>
                <w:sz w:val="21"/>
                <w:szCs w:val="21"/>
                <w:lang w:eastAsia="ja-JP"/>
              </w:rPr>
              <w:t xml:space="preserve"> sponsor </w:t>
            </w:r>
            <w:proofErr w:type="spellStart"/>
            <w:r w:rsidR="00DF759E" w:rsidRPr="00740757">
              <w:rPr>
                <w:rFonts w:ascii="游明朝" w:eastAsia="游明朝" w:hAnsi="游明朝" w:hint="eastAsia"/>
                <w:bCs/>
                <w:sz w:val="21"/>
                <w:szCs w:val="21"/>
                <w:lang w:eastAsia="ja-JP"/>
              </w:rPr>
              <w:t>memberikan</w:t>
            </w:r>
            <w:proofErr w:type="spellEnd"/>
            <w:r w:rsidR="00DF759E" w:rsidRPr="00740757">
              <w:rPr>
                <w:rFonts w:ascii="游明朝" w:eastAsia="游明朝" w:hAnsi="游明朝" w:hint="eastAsia"/>
                <w:bCs/>
                <w:sz w:val="21"/>
                <w:szCs w:val="21"/>
                <w:lang w:eastAsia="ja-JP"/>
              </w:rPr>
              <w:t xml:space="preserve"> </w:t>
            </w:r>
            <w:proofErr w:type="spellStart"/>
            <w:r w:rsidR="00DF759E" w:rsidRPr="00740757">
              <w:rPr>
                <w:rFonts w:ascii="游明朝" w:eastAsia="游明朝" w:hAnsi="游明朝" w:hint="eastAsia"/>
                <w:bCs/>
                <w:sz w:val="21"/>
                <w:szCs w:val="21"/>
                <w:lang w:eastAsia="ja-JP"/>
              </w:rPr>
              <w:t>konfirmasi</w:t>
            </w:r>
            <w:proofErr w:type="spellEnd"/>
            <w:r w:rsidR="00DF759E" w:rsidRPr="00740757">
              <w:rPr>
                <w:rFonts w:ascii="游明朝" w:eastAsia="游明朝" w:hAnsi="游明朝" w:hint="eastAsia"/>
                <w:bCs/>
                <w:sz w:val="21"/>
                <w:szCs w:val="21"/>
                <w:lang w:eastAsia="ja-JP"/>
              </w:rPr>
              <w:t xml:space="preserve"> </w:t>
            </w:r>
            <w:proofErr w:type="spellStart"/>
            <w:r w:rsidR="00DF759E" w:rsidRPr="00740757">
              <w:rPr>
                <w:rFonts w:ascii="游明朝" w:eastAsia="游明朝" w:hAnsi="游明朝" w:hint="eastAsia"/>
                <w:bCs/>
                <w:sz w:val="21"/>
                <w:szCs w:val="21"/>
                <w:lang w:eastAsia="ja-JP"/>
              </w:rPr>
              <w:t>terhadap</w:t>
            </w:r>
            <w:proofErr w:type="spellEnd"/>
            <w:r w:rsidR="00DF759E" w:rsidRPr="00740757">
              <w:rPr>
                <w:rFonts w:ascii="游明朝" w:eastAsia="游明朝" w:hAnsi="游明朝" w:hint="eastAsia"/>
                <w:bCs/>
                <w:sz w:val="21"/>
                <w:szCs w:val="21"/>
                <w:lang w:eastAsia="ja-JP"/>
              </w:rPr>
              <w:t xml:space="preserve"> </w:t>
            </w:r>
            <w:proofErr w:type="spellStart"/>
            <w:r w:rsidR="00DF759E" w:rsidRPr="00740757">
              <w:rPr>
                <w:rFonts w:ascii="游明朝" w:eastAsia="游明朝" w:hAnsi="游明朝" w:hint="eastAsia"/>
                <w:bCs/>
                <w:sz w:val="21"/>
                <w:szCs w:val="21"/>
                <w:lang w:eastAsia="ja-JP"/>
              </w:rPr>
              <w:t>reservasi</w:t>
            </w:r>
            <w:proofErr w:type="spellEnd"/>
            <w:r w:rsidR="00DF759E" w:rsidRPr="00740757">
              <w:rPr>
                <w:rFonts w:ascii="游明朝" w:eastAsia="游明朝" w:hAnsi="游明朝" w:hint="eastAsia"/>
                <w:bCs/>
                <w:sz w:val="21"/>
                <w:szCs w:val="21"/>
                <w:lang w:eastAsia="ja-JP"/>
              </w:rPr>
              <w:t xml:space="preserve"> booth, </w:t>
            </w:r>
            <w:proofErr w:type="spellStart"/>
            <w:r w:rsidR="00DF759E" w:rsidRPr="00740757">
              <w:rPr>
                <w:rFonts w:ascii="游明朝" w:eastAsia="游明朝" w:hAnsi="游明朝"/>
                <w:bCs/>
                <w:sz w:val="21"/>
                <w:szCs w:val="21"/>
              </w:rPr>
              <w:t>Penyelenggara</w:t>
            </w:r>
            <w:proofErr w:type="spellEnd"/>
            <w:r w:rsidR="00DF759E" w:rsidRPr="00740757">
              <w:rPr>
                <w:rFonts w:ascii="游明朝" w:eastAsia="游明朝" w:hAnsi="游明朝"/>
                <w:bCs/>
                <w:sz w:val="21"/>
                <w:szCs w:val="21"/>
              </w:rPr>
              <w:t xml:space="preserve"> </w:t>
            </w:r>
            <w:proofErr w:type="spellStart"/>
            <w:r w:rsidR="00DF759E" w:rsidRPr="00740757">
              <w:rPr>
                <w:rFonts w:ascii="游明朝" w:eastAsia="游明朝" w:hAnsi="游明朝"/>
                <w:bCs/>
                <w:sz w:val="21"/>
                <w:szCs w:val="21"/>
              </w:rPr>
              <w:t>menerbitkan</w:t>
            </w:r>
            <w:proofErr w:type="spellEnd"/>
            <w:r w:rsidR="00DF759E" w:rsidRPr="00740757">
              <w:rPr>
                <w:rFonts w:ascii="游明朝" w:eastAsia="游明朝" w:hAnsi="游明朝"/>
                <w:bCs/>
                <w:sz w:val="21"/>
                <w:szCs w:val="21"/>
              </w:rPr>
              <w:t xml:space="preserve"> Proforma Invoice</w:t>
            </w:r>
            <w:r w:rsidR="00DF759E" w:rsidRPr="00740757">
              <w:rPr>
                <w:rFonts w:ascii="游明朝" w:eastAsia="游明朝" w:hAnsi="游明朝" w:hint="eastAsia"/>
                <w:bCs/>
                <w:sz w:val="21"/>
                <w:szCs w:val="21"/>
                <w:lang w:eastAsia="ja-JP"/>
              </w:rPr>
              <w:t>.</w:t>
            </w:r>
          </w:p>
          <w:p w14:paraId="2556F17B" w14:textId="77777777" w:rsidR="00FB2848" w:rsidRPr="00740757" w:rsidRDefault="00DF759E" w:rsidP="00ED31CD">
            <w:pPr>
              <w:pStyle w:val="ListParagraph"/>
              <w:numPr>
                <w:ilvl w:val="0"/>
                <w:numId w:val="41"/>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Sponsor </w:t>
            </w:r>
            <w:proofErr w:type="spellStart"/>
            <w:r w:rsidRPr="00740757">
              <w:rPr>
                <w:rFonts w:ascii="游明朝" w:eastAsia="游明朝" w:hAnsi="游明朝" w:hint="eastAsia"/>
                <w:bCs/>
                <w:sz w:val="21"/>
                <w:szCs w:val="21"/>
                <w:lang w:eastAsia="ja-JP"/>
              </w:rPr>
              <w:t>diwajibkan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melakukan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pada </w:t>
            </w:r>
            <w:proofErr w:type="spellStart"/>
            <w:r w:rsidRPr="00740757">
              <w:rPr>
                <w:rFonts w:ascii="游明朝" w:eastAsia="游明朝" w:hAnsi="游明朝" w:hint="eastAsia"/>
                <w:bCs/>
                <w:sz w:val="21"/>
                <w:szCs w:val="21"/>
                <w:lang w:eastAsia="ja-JP"/>
              </w:rPr>
              <w:t>saat</w:t>
            </w:r>
            <w:proofErr w:type="spellEnd"/>
            <w:r w:rsidRPr="00740757">
              <w:rPr>
                <w:rFonts w:ascii="游明朝" w:eastAsia="游明朝" w:hAnsi="游明朝" w:hint="eastAsia"/>
                <w:bCs/>
                <w:sz w:val="21"/>
                <w:szCs w:val="21"/>
                <w:lang w:eastAsia="ja-JP"/>
              </w:rPr>
              <w:t xml:space="preserve"> acara Launching </w:t>
            </w:r>
            <w:proofErr w:type="spellStart"/>
            <w:r w:rsidRPr="00740757">
              <w:rPr>
                <w:rFonts w:ascii="游明朝" w:eastAsia="游明朝" w:hAnsi="游明朝" w:hint="eastAsia"/>
                <w:bCs/>
                <w:sz w:val="21"/>
                <w:szCs w:val="21"/>
                <w:lang w:eastAsia="ja-JP"/>
              </w:rPr>
              <w:t>sebesar</w:t>
            </w:r>
            <w:proofErr w:type="spellEnd"/>
            <w:r w:rsidRPr="00740757">
              <w:rPr>
                <w:rFonts w:ascii="游明朝" w:eastAsia="游明朝" w:hAnsi="游明朝" w:hint="eastAsia"/>
                <w:bCs/>
                <w:sz w:val="21"/>
                <w:szCs w:val="21"/>
                <w:lang w:eastAsia="ja-JP"/>
              </w:rPr>
              <w:t xml:space="preserve"> 10% </w:t>
            </w:r>
            <w:proofErr w:type="spellStart"/>
            <w:r w:rsidRPr="00740757">
              <w:rPr>
                <w:rFonts w:ascii="游明朝" w:eastAsia="游明朝" w:hAnsi="游明朝" w:hint="eastAsia"/>
                <w:bCs/>
                <w:sz w:val="21"/>
                <w:szCs w:val="21"/>
                <w:lang w:eastAsia="ja-JP"/>
              </w:rPr>
              <w:t>dari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nilai</w:t>
            </w:r>
            <w:proofErr w:type="spellEnd"/>
            <w:r w:rsidRPr="00740757">
              <w:rPr>
                <w:rFonts w:ascii="游明朝" w:eastAsia="游明朝" w:hAnsi="游明朝" w:hint="eastAsia"/>
                <w:bCs/>
                <w:sz w:val="21"/>
                <w:szCs w:val="21"/>
                <w:lang w:eastAsia="ja-JP"/>
              </w:rPr>
              <w:t xml:space="preserve"> total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hint="eastAsia"/>
                <w:bCs/>
                <w:sz w:val="21"/>
                <w:szCs w:val="21"/>
                <w:lang w:eastAsia="ja-JP"/>
              </w:rPr>
              <w:t>setelah</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pemilihan</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ini </w:t>
            </w:r>
            <w:proofErr w:type="spellStart"/>
            <w:r w:rsidRPr="00740757">
              <w:rPr>
                <w:rFonts w:ascii="游明朝" w:eastAsia="游明朝" w:hAnsi="游明朝" w:hint="eastAsia"/>
                <w:bCs/>
                <w:sz w:val="21"/>
                <w:szCs w:val="21"/>
                <w:lang w:eastAsia="ja-JP"/>
              </w:rPr>
              <w:t>digunakan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sebagai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tanda</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jadi</w:t>
            </w:r>
            <w:proofErr w:type="spellEnd"/>
            <w:r w:rsidRPr="00740757">
              <w:rPr>
                <w:rFonts w:ascii="游明朝" w:eastAsia="游明朝" w:hAnsi="游明朝" w:hint="eastAsia"/>
                <w:bCs/>
                <w:sz w:val="21"/>
                <w:szCs w:val="21"/>
                <w:lang w:eastAsia="ja-JP"/>
              </w:rPr>
              <w:t xml:space="preserve"> pertama (DP pertama).</w:t>
            </w:r>
          </w:p>
          <w:p w14:paraId="3C2EF17A" w14:textId="77777777" w:rsidR="00FB2848" w:rsidRPr="00740757" w:rsidRDefault="00DF759E" w:rsidP="00ED31CD">
            <w:pPr>
              <w:pStyle w:val="ListParagraph"/>
              <w:numPr>
                <w:ilvl w:val="0"/>
                <w:numId w:val="41"/>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Sponsor </w:t>
            </w:r>
            <w:proofErr w:type="spellStart"/>
            <w:r w:rsidRPr="00740757">
              <w:rPr>
                <w:rFonts w:ascii="游明朝" w:eastAsia="游明朝" w:hAnsi="游明朝" w:hint="eastAsia"/>
                <w:bCs/>
                <w:sz w:val="21"/>
                <w:szCs w:val="21"/>
                <w:lang w:eastAsia="ja-JP"/>
              </w:rPr>
              <w:t>diwajibkan</w:t>
            </w:r>
            <w:proofErr w:type="spellEnd"/>
            <w:r w:rsidRPr="00740757">
              <w:rPr>
                <w:rFonts w:ascii="游明朝" w:eastAsia="游明朝" w:hAnsi="游明朝" w:hint="eastAsia"/>
                <w:bCs/>
                <w:sz w:val="21"/>
                <w:szCs w:val="21"/>
                <w:lang w:eastAsia="ja-JP"/>
              </w:rPr>
              <w:t xml:space="preserve"> untuk </w:t>
            </w:r>
            <w:proofErr w:type="spellStart"/>
            <w:r w:rsidRPr="00740757">
              <w:rPr>
                <w:rFonts w:ascii="游明朝" w:eastAsia="游明朝" w:hAnsi="游明朝" w:hint="eastAsia"/>
                <w:bCs/>
                <w:sz w:val="21"/>
                <w:szCs w:val="21"/>
                <w:lang w:eastAsia="ja-JP"/>
              </w:rPr>
              <w:t>melakukan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u</w:t>
            </w:r>
            <w:r w:rsidRPr="00740757">
              <w:rPr>
                <w:rFonts w:ascii="游明朝" w:eastAsia="游明朝" w:hAnsi="游明朝"/>
                <w:bCs/>
                <w:sz w:val="21"/>
                <w:szCs w:val="21"/>
              </w:rPr>
              <w:t xml:space="preserve">ang </w:t>
            </w:r>
            <w:proofErr w:type="spellStart"/>
            <w:r w:rsidRPr="00740757">
              <w:rPr>
                <w:rFonts w:ascii="游明朝" w:eastAsia="游明朝" w:hAnsi="游明朝"/>
                <w:bCs/>
                <w:sz w:val="21"/>
                <w:szCs w:val="21"/>
              </w:rPr>
              <w:t>muka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hint="eastAsia"/>
                <w:bCs/>
                <w:sz w:val="21"/>
                <w:szCs w:val="21"/>
                <w:lang w:eastAsia="ja-JP"/>
              </w:rPr>
              <w:t>kedua</w:t>
            </w:r>
            <w:proofErr w:type="spellEnd"/>
            <w:r w:rsidRPr="00740757">
              <w:rPr>
                <w:rFonts w:ascii="游明朝" w:eastAsia="游明朝" w:hAnsi="游明朝" w:hint="eastAsia"/>
                <w:bCs/>
                <w:sz w:val="21"/>
                <w:szCs w:val="21"/>
                <w:lang w:eastAsia="ja-JP"/>
              </w:rPr>
              <w:t xml:space="preserve"> (DP </w:t>
            </w:r>
            <w:proofErr w:type="spellStart"/>
            <w:r w:rsidRPr="00740757">
              <w:rPr>
                <w:rFonts w:ascii="游明朝" w:eastAsia="游明朝" w:hAnsi="游明朝" w:hint="eastAsia"/>
                <w:bCs/>
                <w:sz w:val="21"/>
                <w:szCs w:val="21"/>
                <w:lang w:eastAsia="ja-JP"/>
              </w:rPr>
              <w:t>kedua</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bCs/>
                <w:sz w:val="21"/>
                <w:szCs w:val="21"/>
              </w:rPr>
              <w:t>sebesar</w:t>
            </w:r>
            <w:proofErr w:type="spellEnd"/>
            <w:r w:rsidRPr="00740757">
              <w:rPr>
                <w:rFonts w:ascii="游明朝" w:eastAsia="游明朝" w:hAnsi="游明朝"/>
                <w:bCs/>
                <w:sz w:val="21"/>
                <w:szCs w:val="21"/>
              </w:rPr>
              <w:t xml:space="preserve"> </w:t>
            </w:r>
            <w:r w:rsidRPr="00740757">
              <w:rPr>
                <w:rFonts w:ascii="游明朝" w:eastAsia="游明朝" w:hAnsi="游明朝" w:hint="eastAsia"/>
                <w:bCs/>
                <w:sz w:val="21"/>
                <w:szCs w:val="21"/>
                <w:lang w:eastAsia="ja-JP"/>
              </w:rPr>
              <w:t>1</w:t>
            </w:r>
            <w:r w:rsidRPr="00740757">
              <w:rPr>
                <w:rFonts w:ascii="游明朝" w:eastAsia="游明朝" w:hAnsi="游明朝"/>
                <w:bCs/>
                <w:sz w:val="21"/>
                <w:szCs w:val="21"/>
              </w:rPr>
              <w:t xml:space="preserve">5% </w:t>
            </w:r>
            <w:proofErr w:type="spellStart"/>
            <w:r w:rsidRPr="00740757">
              <w:rPr>
                <w:rFonts w:ascii="游明朝" w:eastAsia="游明朝" w:hAnsi="游明朝"/>
                <w:bCs/>
                <w:sz w:val="21"/>
                <w:szCs w:val="21"/>
              </w:rPr>
              <w:t>dari</w:t>
            </w:r>
            <w:proofErr w:type="spellEnd"/>
            <w:r w:rsidRPr="00740757">
              <w:rPr>
                <w:rFonts w:ascii="游明朝" w:eastAsia="游明朝" w:hAnsi="游明朝"/>
                <w:bCs/>
                <w:sz w:val="21"/>
                <w:szCs w:val="21"/>
              </w:rPr>
              <w:t xml:space="preserve"> total </w:t>
            </w:r>
            <w:proofErr w:type="spellStart"/>
            <w:r w:rsidRPr="00740757">
              <w:rPr>
                <w:rFonts w:ascii="游明朝" w:eastAsia="游明朝" w:hAnsi="游明朝"/>
                <w:bCs/>
                <w:sz w:val="21"/>
                <w:szCs w:val="21"/>
              </w:rPr>
              <w:t>nilai</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telah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w:t>
            </w:r>
            <w:r w:rsidRPr="00740757">
              <w:rPr>
                <w:rFonts w:ascii="游明朝" w:eastAsia="游明朝" w:hAnsi="游明朝" w:hint="eastAsia"/>
                <w:bCs/>
                <w:sz w:val="21"/>
                <w:szCs w:val="21"/>
                <w:lang w:eastAsia="ja-JP"/>
              </w:rPr>
              <w:t>epakati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lastRenderedPageBreak/>
              <w:t>selambat-lambatnya</w:t>
            </w:r>
            <w:proofErr w:type="spellEnd"/>
            <w:r w:rsidRPr="00740757">
              <w:rPr>
                <w:rFonts w:ascii="游明朝" w:eastAsia="游明朝" w:hAnsi="游明朝"/>
                <w:bCs/>
                <w:sz w:val="21"/>
                <w:szCs w:val="21"/>
              </w:rPr>
              <w:t xml:space="preserve"> </w:t>
            </w:r>
            <w:r w:rsidRPr="00740757">
              <w:rPr>
                <w:rFonts w:ascii="游明朝" w:eastAsia="游明朝" w:hAnsi="游明朝" w:hint="eastAsia"/>
                <w:bCs/>
                <w:sz w:val="21"/>
                <w:szCs w:val="21"/>
                <w:lang w:eastAsia="ja-JP"/>
              </w:rPr>
              <w:t>30</w:t>
            </w:r>
            <w:r w:rsidRPr="00740757">
              <w:rPr>
                <w:rFonts w:ascii="游明朝" w:eastAsia="游明朝" w:hAnsi="游明朝"/>
                <w:bCs/>
                <w:sz w:val="21"/>
                <w:szCs w:val="21"/>
              </w:rPr>
              <w:t xml:space="preserve"> (</w:t>
            </w:r>
            <w:proofErr w:type="spellStart"/>
            <w:r w:rsidRPr="00740757">
              <w:rPr>
                <w:rFonts w:ascii="游明朝" w:eastAsia="游明朝" w:hAnsi="游明朝" w:hint="eastAsia"/>
                <w:bCs/>
                <w:sz w:val="21"/>
                <w:szCs w:val="21"/>
                <w:lang w:eastAsia="ja-JP"/>
              </w:rPr>
              <w:t>tiga</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puluh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kalender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sejak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penerbitan</w:t>
            </w:r>
            <w:proofErr w:type="spellEnd"/>
            <w:r w:rsidRPr="00740757">
              <w:rPr>
                <w:rFonts w:ascii="游明朝" w:eastAsia="游明朝" w:hAnsi="游明朝"/>
                <w:bCs/>
                <w:sz w:val="21"/>
                <w:szCs w:val="21"/>
              </w:rPr>
              <w:t xml:space="preserve"> </w:t>
            </w:r>
            <w:r w:rsidR="00982215" w:rsidRPr="00740757">
              <w:rPr>
                <w:rFonts w:ascii="游明朝" w:eastAsia="游明朝" w:hAnsi="游明朝" w:hint="eastAsia"/>
                <w:bCs/>
                <w:sz w:val="21"/>
                <w:szCs w:val="21"/>
                <w:lang w:eastAsia="ja-JP"/>
              </w:rPr>
              <w:t>proforma i</w:t>
            </w:r>
            <w:r w:rsidRPr="00740757">
              <w:rPr>
                <w:rFonts w:ascii="游明朝" w:eastAsia="游明朝" w:hAnsi="游明朝"/>
                <w:bCs/>
                <w:sz w:val="21"/>
                <w:szCs w:val="21"/>
              </w:rPr>
              <w:t>nvoice.</w:t>
            </w:r>
          </w:p>
          <w:p w14:paraId="290B5E94" w14:textId="62359200" w:rsidR="00BF4B43" w:rsidRPr="00740757" w:rsidRDefault="00000000" w:rsidP="00ED31CD">
            <w:pPr>
              <w:pStyle w:val="ListParagraph"/>
              <w:numPr>
                <w:ilvl w:val="0"/>
                <w:numId w:val="41"/>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Pelunasan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wajib</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dilakukan</w:t>
            </w:r>
            <w:proofErr w:type="spellEnd"/>
            <w:r w:rsidRPr="00740757">
              <w:rPr>
                <w:rFonts w:ascii="游明朝" w:eastAsia="游明朝" w:hAnsi="游明朝"/>
                <w:bCs/>
                <w:sz w:val="21"/>
                <w:szCs w:val="21"/>
              </w:rPr>
              <w:t xml:space="preserve"> paling </w:t>
            </w:r>
            <w:proofErr w:type="spellStart"/>
            <w:r w:rsidRPr="00740757">
              <w:rPr>
                <w:rFonts w:ascii="游明朝" w:eastAsia="游明朝" w:hAnsi="游明朝"/>
                <w:bCs/>
                <w:sz w:val="21"/>
                <w:szCs w:val="21"/>
              </w:rPr>
              <w:t>lambat</w:t>
            </w:r>
            <w:proofErr w:type="spellEnd"/>
            <w:r w:rsidRPr="00740757">
              <w:rPr>
                <w:rFonts w:ascii="游明朝" w:eastAsia="游明朝" w:hAnsi="游明朝"/>
                <w:bCs/>
                <w:sz w:val="21"/>
                <w:szCs w:val="21"/>
              </w:rPr>
              <w:t xml:space="preserve"> 30 (</w:t>
            </w:r>
            <w:proofErr w:type="spellStart"/>
            <w:r w:rsidRPr="00740757">
              <w:rPr>
                <w:rFonts w:ascii="游明朝" w:eastAsia="游明朝" w:hAnsi="游明朝"/>
                <w:bCs/>
                <w:sz w:val="21"/>
                <w:szCs w:val="21"/>
              </w:rPr>
              <w:t>tiga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puluh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acara (D-30).</w:t>
            </w:r>
          </w:p>
          <w:p w14:paraId="022DD338" w14:textId="5B8DABC7" w:rsidR="00812F60" w:rsidRPr="00740757" w:rsidRDefault="00FB2848"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B. </w:t>
            </w:r>
            <w:proofErr w:type="spellStart"/>
            <w:r w:rsidR="00812F60" w:rsidRPr="00740757">
              <w:rPr>
                <w:rFonts w:ascii="游明朝" w:eastAsia="游明朝" w:hAnsi="游明朝" w:hint="eastAsia"/>
                <w:bCs/>
                <w:sz w:val="21"/>
                <w:szCs w:val="21"/>
                <w:lang w:eastAsia="ja-JP"/>
              </w:rPr>
              <w:t>Pembayaran</w:t>
            </w:r>
            <w:proofErr w:type="spellEnd"/>
            <w:r w:rsidR="00812F60" w:rsidRPr="00740757">
              <w:rPr>
                <w:rFonts w:ascii="游明朝" w:eastAsia="游明朝" w:hAnsi="游明朝" w:hint="eastAsia"/>
                <w:bCs/>
                <w:sz w:val="21"/>
                <w:szCs w:val="21"/>
                <w:lang w:eastAsia="ja-JP"/>
              </w:rPr>
              <w:t xml:space="preserve"> booth </w:t>
            </w:r>
            <w:proofErr w:type="spellStart"/>
            <w:r w:rsidR="00812F60" w:rsidRPr="00740757">
              <w:rPr>
                <w:rFonts w:ascii="游明朝" w:eastAsia="游明朝" w:hAnsi="游明朝" w:hint="eastAsia"/>
                <w:bCs/>
                <w:sz w:val="21"/>
                <w:szCs w:val="21"/>
                <w:lang w:eastAsia="ja-JP"/>
              </w:rPr>
              <w:t>diluar</w:t>
            </w:r>
            <w:proofErr w:type="spellEnd"/>
            <w:r w:rsidR="00812F60" w:rsidRPr="00740757">
              <w:rPr>
                <w:rFonts w:ascii="游明朝" w:eastAsia="游明朝" w:hAnsi="游明朝" w:hint="eastAsia"/>
                <w:bCs/>
                <w:sz w:val="21"/>
                <w:szCs w:val="21"/>
                <w:lang w:eastAsia="ja-JP"/>
              </w:rPr>
              <w:t xml:space="preserve"> Acara Launching</w:t>
            </w:r>
          </w:p>
          <w:p w14:paraId="69729DFB" w14:textId="77777777" w:rsidR="00FB2848" w:rsidRPr="00740757" w:rsidRDefault="00812F60" w:rsidP="00ED31CD">
            <w:pPr>
              <w:pStyle w:val="ListParagraph"/>
              <w:numPr>
                <w:ilvl w:val="0"/>
                <w:numId w:val="42"/>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Setelah</w:t>
            </w:r>
            <w:proofErr w:type="spellEnd"/>
            <w:r w:rsidRPr="00740757">
              <w:rPr>
                <w:rFonts w:ascii="游明朝" w:eastAsia="游明朝" w:hAnsi="游明朝" w:hint="eastAsia"/>
                <w:bCs/>
                <w:sz w:val="21"/>
                <w:szCs w:val="21"/>
                <w:lang w:eastAsia="ja-JP"/>
              </w:rPr>
              <w:t xml:space="preserve"> sponsor </w:t>
            </w:r>
            <w:proofErr w:type="spellStart"/>
            <w:r w:rsidRPr="00740757">
              <w:rPr>
                <w:rFonts w:ascii="游明朝" w:eastAsia="游明朝" w:hAnsi="游明朝" w:hint="eastAsia"/>
                <w:bCs/>
                <w:sz w:val="21"/>
                <w:szCs w:val="21"/>
                <w:lang w:eastAsia="ja-JP"/>
              </w:rPr>
              <w:t>memberikan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konfirmasi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terhadap</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menerbitkan</w:t>
            </w:r>
            <w:proofErr w:type="spellEnd"/>
            <w:r w:rsidRPr="00740757">
              <w:rPr>
                <w:rFonts w:ascii="游明朝" w:eastAsia="游明朝" w:hAnsi="游明朝"/>
                <w:bCs/>
                <w:sz w:val="21"/>
                <w:szCs w:val="21"/>
              </w:rPr>
              <w:t xml:space="preserve"> Proforma Invoice</w:t>
            </w:r>
            <w:r w:rsidRPr="00740757">
              <w:rPr>
                <w:rFonts w:ascii="游明朝" w:eastAsia="游明朝" w:hAnsi="游明朝" w:hint="eastAsia"/>
                <w:bCs/>
                <w:sz w:val="21"/>
                <w:szCs w:val="21"/>
                <w:lang w:eastAsia="ja-JP"/>
              </w:rPr>
              <w:t>.</w:t>
            </w:r>
          </w:p>
          <w:p w14:paraId="754945FA" w14:textId="77777777" w:rsidR="00FB2848" w:rsidRPr="00740757" w:rsidRDefault="00812F60" w:rsidP="00ED31CD">
            <w:pPr>
              <w:pStyle w:val="ListParagraph"/>
              <w:numPr>
                <w:ilvl w:val="0"/>
                <w:numId w:val="42"/>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Sponsor </w:t>
            </w:r>
            <w:proofErr w:type="spellStart"/>
            <w:r w:rsidRPr="00740757">
              <w:rPr>
                <w:rFonts w:ascii="游明朝" w:eastAsia="游明朝" w:hAnsi="游明朝" w:hint="eastAsia"/>
                <w:bCs/>
                <w:sz w:val="21"/>
                <w:szCs w:val="21"/>
                <w:lang w:eastAsia="ja-JP"/>
              </w:rPr>
              <w:t>diwajibkan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melakukan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sebesar</w:t>
            </w:r>
            <w:proofErr w:type="spellEnd"/>
            <w:r w:rsidRPr="00740757">
              <w:rPr>
                <w:rFonts w:ascii="游明朝" w:eastAsia="游明朝" w:hAnsi="游明朝" w:hint="eastAsia"/>
                <w:bCs/>
                <w:sz w:val="21"/>
                <w:szCs w:val="21"/>
                <w:lang w:eastAsia="ja-JP"/>
              </w:rPr>
              <w:t xml:space="preserve"> 25% </w:t>
            </w:r>
            <w:proofErr w:type="spellStart"/>
            <w:r w:rsidRPr="00740757">
              <w:rPr>
                <w:rFonts w:ascii="游明朝" w:eastAsia="游明朝" w:hAnsi="游明朝" w:hint="eastAsia"/>
                <w:bCs/>
                <w:sz w:val="21"/>
                <w:szCs w:val="21"/>
                <w:lang w:eastAsia="ja-JP"/>
              </w:rPr>
              <w:t>dari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nilai</w:t>
            </w:r>
            <w:proofErr w:type="spellEnd"/>
            <w:r w:rsidRPr="00740757">
              <w:rPr>
                <w:rFonts w:ascii="游明朝" w:eastAsia="游明朝" w:hAnsi="游明朝" w:hint="eastAsia"/>
                <w:bCs/>
                <w:sz w:val="21"/>
                <w:szCs w:val="21"/>
                <w:lang w:eastAsia="ja-JP"/>
              </w:rPr>
              <w:t xml:space="preserve"> total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hint="eastAsia"/>
                <w:bCs/>
                <w:sz w:val="21"/>
                <w:szCs w:val="21"/>
                <w:lang w:eastAsia="ja-JP"/>
              </w:rPr>
              <w:t>selambat-lambatnya</w:t>
            </w:r>
            <w:proofErr w:type="spellEnd"/>
            <w:r w:rsidRPr="00740757">
              <w:rPr>
                <w:rFonts w:ascii="游明朝" w:eastAsia="游明朝" w:hAnsi="游明朝" w:hint="eastAsia"/>
                <w:bCs/>
                <w:sz w:val="21"/>
                <w:szCs w:val="21"/>
                <w:lang w:eastAsia="ja-JP"/>
              </w:rPr>
              <w:t xml:space="preserve"> 14 (</w:t>
            </w:r>
            <w:proofErr w:type="spellStart"/>
            <w:r w:rsidRPr="00740757">
              <w:rPr>
                <w:rFonts w:ascii="游明朝" w:eastAsia="游明朝" w:hAnsi="游明朝" w:hint="eastAsia"/>
                <w:bCs/>
                <w:sz w:val="21"/>
                <w:szCs w:val="21"/>
                <w:lang w:eastAsia="ja-JP"/>
              </w:rPr>
              <w:t>empat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belas</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hari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setelah</w:t>
            </w:r>
            <w:proofErr w:type="spellEnd"/>
            <w:r w:rsidRPr="00740757">
              <w:rPr>
                <w:rFonts w:ascii="游明朝" w:eastAsia="游明朝" w:hAnsi="游明朝" w:hint="eastAsia"/>
                <w:bCs/>
                <w:sz w:val="21"/>
                <w:szCs w:val="21"/>
                <w:lang w:eastAsia="ja-JP"/>
              </w:rPr>
              <w:t xml:space="preserve"> proforma invoice </w:t>
            </w:r>
            <w:proofErr w:type="spellStart"/>
            <w:r w:rsidRPr="00740757">
              <w:rPr>
                <w:rFonts w:ascii="游明朝" w:eastAsia="游明朝" w:hAnsi="游明朝" w:hint="eastAsia"/>
                <w:bCs/>
                <w:sz w:val="21"/>
                <w:szCs w:val="21"/>
                <w:lang w:eastAsia="ja-JP"/>
              </w:rPr>
              <w:t>diterbitkan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ini </w:t>
            </w:r>
            <w:proofErr w:type="spellStart"/>
            <w:r w:rsidRPr="00740757">
              <w:rPr>
                <w:rFonts w:ascii="游明朝" w:eastAsia="游明朝" w:hAnsi="游明朝" w:hint="eastAsia"/>
                <w:bCs/>
                <w:sz w:val="21"/>
                <w:szCs w:val="21"/>
                <w:lang w:eastAsia="ja-JP"/>
              </w:rPr>
              <w:t>digunakan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sebagai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tanda</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jadi</w:t>
            </w:r>
            <w:proofErr w:type="spellEnd"/>
            <w:r w:rsidRPr="00740757">
              <w:rPr>
                <w:rFonts w:ascii="游明朝" w:eastAsia="游明朝" w:hAnsi="游明朝" w:hint="eastAsia"/>
                <w:bCs/>
                <w:sz w:val="21"/>
                <w:szCs w:val="21"/>
                <w:lang w:eastAsia="ja-JP"/>
              </w:rPr>
              <w:t xml:space="preserve"> (DP).</w:t>
            </w:r>
          </w:p>
          <w:p w14:paraId="7416D048" w14:textId="235454E3" w:rsidR="00812F60" w:rsidRPr="00740757" w:rsidRDefault="00812F60" w:rsidP="00ED31CD">
            <w:pPr>
              <w:pStyle w:val="ListParagraph"/>
              <w:numPr>
                <w:ilvl w:val="0"/>
                <w:numId w:val="42"/>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Pelunasan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wajib</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dilakukan</w:t>
            </w:r>
            <w:proofErr w:type="spellEnd"/>
            <w:r w:rsidRPr="00740757">
              <w:rPr>
                <w:rFonts w:ascii="游明朝" w:eastAsia="游明朝" w:hAnsi="游明朝"/>
                <w:bCs/>
                <w:sz w:val="21"/>
                <w:szCs w:val="21"/>
              </w:rPr>
              <w:t xml:space="preserve"> paling </w:t>
            </w:r>
            <w:proofErr w:type="spellStart"/>
            <w:r w:rsidRPr="00740757">
              <w:rPr>
                <w:rFonts w:ascii="游明朝" w:eastAsia="游明朝" w:hAnsi="游明朝"/>
                <w:bCs/>
                <w:sz w:val="21"/>
                <w:szCs w:val="21"/>
              </w:rPr>
              <w:t>lambat</w:t>
            </w:r>
            <w:proofErr w:type="spellEnd"/>
            <w:r w:rsidRPr="00740757">
              <w:rPr>
                <w:rFonts w:ascii="游明朝" w:eastAsia="游明朝" w:hAnsi="游明朝"/>
                <w:bCs/>
                <w:sz w:val="21"/>
                <w:szCs w:val="21"/>
              </w:rPr>
              <w:t xml:space="preserve"> 30 (</w:t>
            </w:r>
            <w:proofErr w:type="spellStart"/>
            <w:r w:rsidRPr="00740757">
              <w:rPr>
                <w:rFonts w:ascii="游明朝" w:eastAsia="游明朝" w:hAnsi="游明朝"/>
                <w:bCs/>
                <w:sz w:val="21"/>
                <w:szCs w:val="21"/>
              </w:rPr>
              <w:t>tiga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puluh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acara (D-30).</w:t>
            </w:r>
          </w:p>
          <w:p w14:paraId="69B271F0" w14:textId="4504AA7A" w:rsidR="00696535" w:rsidRPr="00740757" w:rsidRDefault="00FB2848"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C. </w:t>
            </w:r>
            <w:proofErr w:type="spellStart"/>
            <w:r w:rsidR="00696535" w:rsidRPr="00740757">
              <w:rPr>
                <w:rFonts w:ascii="游明朝" w:eastAsia="游明朝" w:hAnsi="游明朝" w:hint="eastAsia"/>
                <w:bCs/>
                <w:sz w:val="21"/>
                <w:szCs w:val="21"/>
                <w:lang w:eastAsia="ja-JP"/>
              </w:rPr>
              <w:t>Pembayaran</w:t>
            </w:r>
            <w:proofErr w:type="spellEnd"/>
            <w:r w:rsidR="00696535" w:rsidRPr="00740757">
              <w:rPr>
                <w:rFonts w:ascii="游明朝" w:eastAsia="游明朝" w:hAnsi="游明朝" w:hint="eastAsia"/>
                <w:bCs/>
                <w:sz w:val="21"/>
                <w:szCs w:val="21"/>
                <w:lang w:eastAsia="ja-JP"/>
              </w:rPr>
              <w:t xml:space="preserve"> speaking time</w:t>
            </w:r>
          </w:p>
          <w:p w14:paraId="2A1368A8" w14:textId="77777777" w:rsidR="00FB2848" w:rsidRPr="00740757" w:rsidRDefault="00696535" w:rsidP="00ED31CD">
            <w:pPr>
              <w:pStyle w:val="ListParagraph"/>
              <w:numPr>
                <w:ilvl w:val="0"/>
                <w:numId w:val="43"/>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Setelah</w:t>
            </w:r>
            <w:proofErr w:type="spellEnd"/>
            <w:r w:rsidRPr="00740757">
              <w:rPr>
                <w:rFonts w:ascii="游明朝" w:eastAsia="游明朝" w:hAnsi="游明朝" w:hint="eastAsia"/>
                <w:bCs/>
                <w:sz w:val="21"/>
                <w:szCs w:val="21"/>
                <w:lang w:eastAsia="ja-JP"/>
              </w:rPr>
              <w:t xml:space="preserve"> sponsor </w:t>
            </w:r>
            <w:proofErr w:type="spellStart"/>
            <w:r w:rsidRPr="00740757">
              <w:rPr>
                <w:rFonts w:ascii="游明朝" w:eastAsia="游明朝" w:hAnsi="游明朝" w:hint="eastAsia"/>
                <w:bCs/>
                <w:sz w:val="21"/>
                <w:szCs w:val="21"/>
                <w:lang w:eastAsia="ja-JP"/>
              </w:rPr>
              <w:t>memberikan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konfirmasi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terhadap</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menerbitkan</w:t>
            </w:r>
            <w:proofErr w:type="spellEnd"/>
            <w:r w:rsidRPr="00740757">
              <w:rPr>
                <w:rFonts w:ascii="游明朝" w:eastAsia="游明朝" w:hAnsi="游明朝"/>
                <w:bCs/>
                <w:sz w:val="21"/>
                <w:szCs w:val="21"/>
              </w:rPr>
              <w:t xml:space="preserve"> Proforma Invoice</w:t>
            </w:r>
            <w:r w:rsidRPr="00740757">
              <w:rPr>
                <w:rFonts w:ascii="游明朝" w:eastAsia="游明朝" w:hAnsi="游明朝" w:hint="eastAsia"/>
                <w:bCs/>
                <w:sz w:val="21"/>
                <w:szCs w:val="21"/>
                <w:lang w:eastAsia="ja-JP"/>
              </w:rPr>
              <w:t>.</w:t>
            </w:r>
          </w:p>
          <w:p w14:paraId="19A1A0DB" w14:textId="77777777" w:rsidR="00FB2848" w:rsidRPr="00740757" w:rsidRDefault="00696535" w:rsidP="00ED31CD">
            <w:pPr>
              <w:pStyle w:val="ListParagraph"/>
              <w:numPr>
                <w:ilvl w:val="0"/>
                <w:numId w:val="43"/>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Sponsor </w:t>
            </w:r>
            <w:proofErr w:type="spellStart"/>
            <w:r w:rsidRPr="00740757">
              <w:rPr>
                <w:rFonts w:ascii="游明朝" w:eastAsia="游明朝" w:hAnsi="游明朝" w:hint="eastAsia"/>
                <w:bCs/>
                <w:sz w:val="21"/>
                <w:szCs w:val="21"/>
                <w:lang w:eastAsia="ja-JP"/>
              </w:rPr>
              <w:t>diwajibkan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melakukan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pembayaran</w:t>
            </w:r>
            <w:proofErr w:type="spellEnd"/>
            <w:r w:rsidRPr="00740757">
              <w:rPr>
                <w:rFonts w:ascii="游明朝" w:eastAsia="游明朝" w:hAnsi="游明朝" w:hint="eastAsia"/>
                <w:bCs/>
                <w:sz w:val="21"/>
                <w:szCs w:val="21"/>
                <w:lang w:eastAsia="ja-JP"/>
              </w:rPr>
              <w:t xml:space="preserve"> pada </w:t>
            </w:r>
            <w:proofErr w:type="spellStart"/>
            <w:r w:rsidRPr="00740757">
              <w:rPr>
                <w:rFonts w:ascii="游明朝" w:eastAsia="游明朝" w:hAnsi="游明朝" w:hint="eastAsia"/>
                <w:bCs/>
                <w:sz w:val="21"/>
                <w:szCs w:val="21"/>
                <w:lang w:eastAsia="ja-JP"/>
              </w:rPr>
              <w:t>saat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pemesanan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sebesar</w:t>
            </w:r>
            <w:proofErr w:type="spellEnd"/>
            <w:r w:rsidRPr="00740757">
              <w:rPr>
                <w:rFonts w:ascii="游明朝" w:eastAsia="游明朝" w:hAnsi="游明朝" w:hint="eastAsia"/>
                <w:bCs/>
                <w:sz w:val="21"/>
                <w:szCs w:val="21"/>
                <w:lang w:eastAsia="ja-JP"/>
              </w:rPr>
              <w:t xml:space="preserve"> 2</w:t>
            </w:r>
            <w:r w:rsidRPr="00740757">
              <w:rPr>
                <w:rFonts w:ascii="游明朝" w:eastAsia="游明朝" w:hAnsi="游明朝"/>
                <w:bCs/>
                <w:sz w:val="21"/>
                <w:szCs w:val="21"/>
              </w:rPr>
              <w:t xml:space="preserve">5% </w:t>
            </w:r>
            <w:proofErr w:type="spellStart"/>
            <w:r w:rsidRPr="00740757">
              <w:rPr>
                <w:rFonts w:ascii="游明朝" w:eastAsia="游明朝" w:hAnsi="游明朝"/>
                <w:bCs/>
                <w:sz w:val="21"/>
                <w:szCs w:val="21"/>
              </w:rPr>
              <w:t>dari</w:t>
            </w:r>
            <w:proofErr w:type="spellEnd"/>
            <w:r w:rsidRPr="00740757">
              <w:rPr>
                <w:rFonts w:ascii="游明朝" w:eastAsia="游明朝" w:hAnsi="游明朝"/>
                <w:bCs/>
                <w:sz w:val="21"/>
                <w:szCs w:val="21"/>
              </w:rPr>
              <w:t xml:space="preserve"> total </w:t>
            </w:r>
            <w:proofErr w:type="spellStart"/>
            <w:r w:rsidRPr="00740757">
              <w:rPr>
                <w:rFonts w:ascii="游明朝" w:eastAsia="游明朝" w:hAnsi="游明朝"/>
                <w:bCs/>
                <w:sz w:val="21"/>
                <w:szCs w:val="21"/>
              </w:rPr>
              <w:t>nilai</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telah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w:t>
            </w:r>
            <w:r w:rsidRPr="00740757">
              <w:rPr>
                <w:rFonts w:ascii="游明朝" w:eastAsia="游明朝" w:hAnsi="游明朝" w:hint="eastAsia"/>
                <w:bCs/>
                <w:sz w:val="21"/>
                <w:szCs w:val="21"/>
                <w:lang w:eastAsia="ja-JP"/>
              </w:rPr>
              <w:t>epakati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selambat-lambatnya</w:t>
            </w:r>
            <w:proofErr w:type="spellEnd"/>
            <w:r w:rsidRPr="00740757">
              <w:rPr>
                <w:rFonts w:ascii="游明朝" w:eastAsia="游明朝" w:hAnsi="游明朝"/>
                <w:bCs/>
                <w:sz w:val="21"/>
                <w:szCs w:val="21"/>
              </w:rPr>
              <w:t xml:space="preserve"> </w:t>
            </w:r>
            <w:r w:rsidRPr="00740757">
              <w:rPr>
                <w:rFonts w:ascii="游明朝" w:eastAsia="游明朝" w:hAnsi="游明朝" w:hint="eastAsia"/>
                <w:bCs/>
                <w:sz w:val="21"/>
                <w:szCs w:val="21"/>
                <w:lang w:eastAsia="ja-JP"/>
              </w:rPr>
              <w:t>14</w:t>
            </w:r>
            <w:r w:rsidRPr="00740757">
              <w:rPr>
                <w:rFonts w:ascii="游明朝" w:eastAsia="游明朝" w:hAnsi="游明朝"/>
                <w:bCs/>
                <w:sz w:val="21"/>
                <w:szCs w:val="21"/>
              </w:rPr>
              <w:t xml:space="preserve"> (</w:t>
            </w:r>
            <w:proofErr w:type="spellStart"/>
            <w:r w:rsidRPr="00740757">
              <w:rPr>
                <w:rFonts w:ascii="游明朝" w:eastAsia="游明朝" w:hAnsi="游明朝" w:hint="eastAsia"/>
                <w:bCs/>
                <w:sz w:val="21"/>
                <w:szCs w:val="21"/>
                <w:lang w:eastAsia="ja-JP"/>
              </w:rPr>
              <w:t>empat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belas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kalender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sejak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penerbitan</w:t>
            </w:r>
            <w:proofErr w:type="spellEnd"/>
            <w:r w:rsidRPr="00740757">
              <w:rPr>
                <w:rFonts w:ascii="游明朝" w:eastAsia="游明朝" w:hAnsi="游明朝"/>
                <w:bCs/>
                <w:sz w:val="21"/>
                <w:szCs w:val="21"/>
              </w:rPr>
              <w:t xml:space="preserve"> </w:t>
            </w:r>
            <w:r w:rsidRPr="00740757">
              <w:rPr>
                <w:rFonts w:ascii="游明朝" w:eastAsia="游明朝" w:hAnsi="游明朝" w:hint="eastAsia"/>
                <w:bCs/>
                <w:sz w:val="21"/>
                <w:szCs w:val="21"/>
                <w:lang w:eastAsia="ja-JP"/>
              </w:rPr>
              <w:t>proforma i</w:t>
            </w:r>
            <w:r w:rsidRPr="00740757">
              <w:rPr>
                <w:rFonts w:ascii="游明朝" w:eastAsia="游明朝" w:hAnsi="游明朝"/>
                <w:bCs/>
                <w:sz w:val="21"/>
                <w:szCs w:val="21"/>
              </w:rPr>
              <w:t>nvoice.</w:t>
            </w:r>
          </w:p>
          <w:p w14:paraId="6D52DD39" w14:textId="24D4FAAE" w:rsidR="00696535" w:rsidRPr="00740757" w:rsidRDefault="00696535" w:rsidP="00ED31CD">
            <w:pPr>
              <w:pStyle w:val="ListParagraph"/>
              <w:numPr>
                <w:ilvl w:val="0"/>
                <w:numId w:val="43"/>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Pelunasan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wajib</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dilakukan</w:t>
            </w:r>
            <w:proofErr w:type="spellEnd"/>
            <w:r w:rsidRPr="00740757">
              <w:rPr>
                <w:rFonts w:ascii="游明朝" w:eastAsia="游明朝" w:hAnsi="游明朝"/>
                <w:bCs/>
                <w:sz w:val="21"/>
                <w:szCs w:val="21"/>
              </w:rPr>
              <w:t xml:space="preserve"> paling </w:t>
            </w:r>
            <w:proofErr w:type="spellStart"/>
            <w:r w:rsidRPr="00740757">
              <w:rPr>
                <w:rFonts w:ascii="游明朝" w:eastAsia="游明朝" w:hAnsi="游明朝"/>
                <w:bCs/>
                <w:sz w:val="21"/>
                <w:szCs w:val="21"/>
              </w:rPr>
              <w:t>lambat</w:t>
            </w:r>
            <w:proofErr w:type="spellEnd"/>
            <w:r w:rsidRPr="00740757">
              <w:rPr>
                <w:rFonts w:ascii="游明朝" w:eastAsia="游明朝" w:hAnsi="游明朝"/>
                <w:bCs/>
                <w:sz w:val="21"/>
                <w:szCs w:val="21"/>
              </w:rPr>
              <w:t xml:space="preserve"> 30 (</w:t>
            </w:r>
            <w:proofErr w:type="spellStart"/>
            <w:r w:rsidRPr="00740757">
              <w:rPr>
                <w:rFonts w:ascii="游明朝" w:eastAsia="游明朝" w:hAnsi="游明朝"/>
                <w:bCs/>
                <w:sz w:val="21"/>
                <w:szCs w:val="21"/>
              </w:rPr>
              <w:t>tiga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puluh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acara (D-30).</w:t>
            </w:r>
          </w:p>
          <w:p w14:paraId="53AFB47E" w14:textId="162CDD24" w:rsidR="00696535" w:rsidRPr="00740757" w:rsidRDefault="00FB2848"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D. </w:t>
            </w:r>
            <w:proofErr w:type="spellStart"/>
            <w:r w:rsidR="00696535" w:rsidRPr="00740757">
              <w:rPr>
                <w:rFonts w:ascii="游明朝" w:eastAsia="游明朝" w:hAnsi="游明朝" w:hint="eastAsia"/>
                <w:bCs/>
                <w:sz w:val="21"/>
                <w:szCs w:val="21"/>
                <w:lang w:eastAsia="ja-JP"/>
              </w:rPr>
              <w:t>Pembayaran</w:t>
            </w:r>
            <w:proofErr w:type="spellEnd"/>
            <w:r w:rsidR="00696535" w:rsidRPr="00740757">
              <w:rPr>
                <w:rFonts w:ascii="游明朝" w:eastAsia="游明朝" w:hAnsi="游明朝" w:hint="eastAsia"/>
                <w:bCs/>
                <w:sz w:val="21"/>
                <w:szCs w:val="21"/>
                <w:lang w:eastAsia="ja-JP"/>
              </w:rPr>
              <w:t xml:space="preserve"> webinar dan add-on</w:t>
            </w:r>
          </w:p>
          <w:p w14:paraId="11FC3D08" w14:textId="77777777" w:rsidR="00FB2848" w:rsidRPr="00740757" w:rsidRDefault="00696535" w:rsidP="00ED31CD">
            <w:pPr>
              <w:pStyle w:val="ListParagraph"/>
              <w:numPr>
                <w:ilvl w:val="0"/>
                <w:numId w:val="44"/>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Setelah</w:t>
            </w:r>
            <w:proofErr w:type="spellEnd"/>
            <w:r w:rsidRPr="00740757">
              <w:rPr>
                <w:rFonts w:ascii="游明朝" w:eastAsia="游明朝" w:hAnsi="游明朝" w:hint="eastAsia"/>
                <w:bCs/>
                <w:sz w:val="21"/>
                <w:szCs w:val="21"/>
                <w:lang w:eastAsia="ja-JP"/>
              </w:rPr>
              <w:t xml:space="preserve"> sponsor </w:t>
            </w:r>
            <w:proofErr w:type="spellStart"/>
            <w:r w:rsidRPr="00740757">
              <w:rPr>
                <w:rFonts w:ascii="游明朝" w:eastAsia="游明朝" w:hAnsi="游明朝" w:hint="eastAsia"/>
                <w:bCs/>
                <w:sz w:val="21"/>
                <w:szCs w:val="21"/>
                <w:lang w:eastAsia="ja-JP"/>
              </w:rPr>
              <w:t>memberikan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konfirmasi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terhadap</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menerbitkan</w:t>
            </w:r>
            <w:proofErr w:type="spellEnd"/>
            <w:r w:rsidRPr="00740757">
              <w:rPr>
                <w:rFonts w:ascii="游明朝" w:eastAsia="游明朝" w:hAnsi="游明朝"/>
                <w:bCs/>
                <w:sz w:val="21"/>
                <w:szCs w:val="21"/>
              </w:rPr>
              <w:t xml:space="preserve"> Proforma Invoice</w:t>
            </w:r>
            <w:r w:rsidRPr="00740757">
              <w:rPr>
                <w:rFonts w:ascii="游明朝" w:eastAsia="游明朝" w:hAnsi="游明朝" w:hint="eastAsia"/>
                <w:bCs/>
                <w:sz w:val="21"/>
                <w:szCs w:val="21"/>
                <w:lang w:eastAsia="ja-JP"/>
              </w:rPr>
              <w:t>.</w:t>
            </w:r>
          </w:p>
          <w:p w14:paraId="3D7CFD26" w14:textId="68760073" w:rsidR="00696535" w:rsidRPr="00740757" w:rsidRDefault="00696535" w:rsidP="00ED31CD">
            <w:pPr>
              <w:pStyle w:val="ListParagraph"/>
              <w:numPr>
                <w:ilvl w:val="0"/>
                <w:numId w:val="44"/>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Sponsor </w:t>
            </w:r>
            <w:proofErr w:type="spellStart"/>
            <w:r w:rsidRPr="00740757">
              <w:rPr>
                <w:rFonts w:ascii="游明朝" w:eastAsia="游明朝" w:hAnsi="游明朝" w:hint="eastAsia"/>
                <w:bCs/>
                <w:sz w:val="21"/>
                <w:szCs w:val="21"/>
                <w:lang w:eastAsia="ja-JP"/>
              </w:rPr>
              <w:t>diwajibkan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membayar</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lunas</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saat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pemesanan</w:t>
            </w:r>
            <w:proofErr w:type="spellEnd"/>
            <w:r w:rsidRPr="00740757">
              <w:rPr>
                <w:rFonts w:ascii="游明朝" w:eastAsia="游明朝" w:hAnsi="游明朝" w:hint="eastAsia"/>
                <w:bCs/>
                <w:sz w:val="21"/>
                <w:szCs w:val="21"/>
                <w:lang w:eastAsia="ja-JP"/>
              </w:rPr>
              <w:t>.</w:t>
            </w:r>
          </w:p>
          <w:p w14:paraId="6A1DA645" w14:textId="155B81E5" w:rsidR="00982215" w:rsidRPr="00740757" w:rsidRDefault="00696535"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P</w:t>
            </w:r>
            <w:r w:rsidRPr="00740757">
              <w:rPr>
                <w:rFonts w:ascii="游明朝" w:eastAsia="游明朝" w:hAnsi="游明朝"/>
                <w:bCs/>
                <w:sz w:val="21"/>
                <w:szCs w:val="21"/>
              </w:rPr>
              <w:t>embayaran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hanya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dilakukan</w:t>
            </w:r>
            <w:proofErr w:type="spellEnd"/>
            <w:r w:rsidRPr="00740757">
              <w:rPr>
                <w:rFonts w:ascii="游明朝" w:eastAsia="游明朝" w:hAnsi="游明朝"/>
                <w:bCs/>
                <w:sz w:val="21"/>
                <w:szCs w:val="21"/>
              </w:rPr>
              <w:t xml:space="preserve"> </w:t>
            </w:r>
            <w:proofErr w:type="spellStart"/>
            <w:r w:rsidR="00115E4D" w:rsidRPr="00740757">
              <w:rPr>
                <w:rFonts w:ascii="游明朝" w:eastAsia="游明朝" w:hAnsi="游明朝" w:hint="eastAsia"/>
                <w:bCs/>
                <w:sz w:val="21"/>
                <w:szCs w:val="21"/>
                <w:lang w:eastAsia="ja-JP"/>
              </w:rPr>
              <w:t>melalui</w:t>
            </w:r>
            <w:proofErr w:type="spellEnd"/>
            <w:r w:rsidR="00115E4D" w:rsidRPr="00740757">
              <w:rPr>
                <w:rFonts w:ascii="游明朝" w:eastAsia="游明朝" w:hAnsi="游明朝" w:hint="eastAsia"/>
                <w:bCs/>
                <w:sz w:val="21"/>
                <w:szCs w:val="21"/>
                <w:lang w:eastAsia="ja-JP"/>
              </w:rPr>
              <w:t xml:space="preserve"> website </w:t>
            </w:r>
            <w:proofErr w:type="spellStart"/>
            <w:r w:rsidR="00115E4D" w:rsidRPr="00740757">
              <w:rPr>
                <w:rFonts w:ascii="游明朝" w:eastAsia="游明朝" w:hAnsi="游明朝" w:hint="eastAsia"/>
                <w:bCs/>
                <w:sz w:val="21"/>
                <w:szCs w:val="21"/>
                <w:lang w:eastAsia="ja-JP"/>
              </w:rPr>
              <w:t>resmi</w:t>
            </w:r>
            <w:proofErr w:type="spellEnd"/>
            <w:r w:rsidR="00115E4D" w:rsidRPr="00740757">
              <w:rPr>
                <w:rFonts w:ascii="游明朝" w:eastAsia="游明朝" w:hAnsi="游明朝" w:hint="eastAsia"/>
                <w:bCs/>
                <w:sz w:val="21"/>
                <w:szCs w:val="21"/>
                <w:lang w:eastAsia="ja-JP"/>
              </w:rPr>
              <w:t xml:space="preserve"> </w:t>
            </w:r>
            <w:r w:rsidR="00115E4D" w:rsidRPr="00740757">
              <w:rPr>
                <w:rFonts w:ascii="游明朝" w:eastAsia="游明朝" w:hAnsi="游明朝" w:hint="eastAsia"/>
                <w:bCs/>
                <w:sz w:val="21"/>
                <w:szCs w:val="21"/>
                <w:u w:val="single"/>
                <w:lang w:eastAsia="ja-JP"/>
              </w:rPr>
              <w:t>SWAM Exhibition</w:t>
            </w:r>
            <w:r w:rsidR="00115E4D" w:rsidRPr="00740757">
              <w:rPr>
                <w:rFonts w:ascii="游明朝" w:eastAsia="游明朝" w:hAnsi="游明朝" w:hint="eastAsia"/>
                <w:bCs/>
                <w:sz w:val="21"/>
                <w:szCs w:val="21"/>
                <w:lang w:eastAsia="ja-JP"/>
              </w:rPr>
              <w:t>.</w:t>
            </w:r>
          </w:p>
        </w:tc>
        <w:tc>
          <w:tcPr>
            <w:tcW w:w="5465" w:type="dxa"/>
            <w:gridSpan w:val="2"/>
            <w:tcMar>
              <w:top w:w="100" w:type="dxa"/>
              <w:left w:w="80" w:type="dxa"/>
              <w:bottom w:w="100" w:type="dxa"/>
              <w:right w:w="80" w:type="dxa"/>
            </w:tcMar>
          </w:tcPr>
          <w:p w14:paraId="5B55B5CC"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lang w:eastAsia="ja-JP"/>
              </w:rPr>
            </w:pPr>
            <w:r w:rsidRPr="00740757">
              <w:rPr>
                <w:rFonts w:ascii="游明朝" w:eastAsia="游明朝" w:hAnsi="游明朝"/>
                <w:b/>
                <w:sz w:val="21"/>
                <w:szCs w:val="21"/>
                <w:lang w:eastAsia="ja-JP"/>
              </w:rPr>
              <w:lastRenderedPageBreak/>
              <w:t>6. Invoicing and Payment</w:t>
            </w:r>
          </w:p>
          <w:p w14:paraId="022C31E6"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A. Booth Reservations During the Launching Event</w:t>
            </w:r>
          </w:p>
          <w:p w14:paraId="7482EF69" w14:textId="77777777" w:rsidR="008E3FCA" w:rsidRPr="00740757" w:rsidRDefault="008E3FCA" w:rsidP="00ED31CD">
            <w:pPr>
              <w:numPr>
                <w:ilvl w:val="0"/>
                <w:numId w:val="27"/>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Upon confirmation of the booth reservation by the Sponsor, the Organizer shall issue a Proforma Invoice.</w:t>
            </w:r>
          </w:p>
          <w:p w14:paraId="5E278B74" w14:textId="77777777" w:rsidR="008E3FCA" w:rsidRPr="00740757" w:rsidRDefault="008E3FCA" w:rsidP="00ED31CD">
            <w:pPr>
              <w:numPr>
                <w:ilvl w:val="0"/>
                <w:numId w:val="27"/>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Sponsor shall pay ten percent (10%) of the total booth reservation value during the Launching Event immediately after booth selection. Such payment shall constitute the First Deposit.</w:t>
            </w:r>
          </w:p>
          <w:p w14:paraId="2E1DB8BC" w14:textId="77777777" w:rsidR="008E3FCA" w:rsidRPr="00740757" w:rsidRDefault="008E3FCA" w:rsidP="00ED31CD">
            <w:pPr>
              <w:numPr>
                <w:ilvl w:val="0"/>
                <w:numId w:val="27"/>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 xml:space="preserve">The Sponsor shall pay the Second Deposit equal to fifteen percent (15%) of the agreed total </w:t>
            </w:r>
            <w:r w:rsidRPr="00740757">
              <w:rPr>
                <w:rFonts w:ascii="游明朝" w:eastAsia="游明朝" w:hAnsi="游明朝"/>
                <w:bCs/>
                <w:sz w:val="21"/>
                <w:szCs w:val="21"/>
                <w:lang w:eastAsia="ja-JP"/>
              </w:rPr>
              <w:lastRenderedPageBreak/>
              <w:t>reservation value no later than thirty (30) calendar days from the issuance date of the Proforma Invoice.</w:t>
            </w:r>
          </w:p>
          <w:p w14:paraId="4544C4BC" w14:textId="77777777" w:rsidR="008E3FCA" w:rsidRPr="00740757" w:rsidRDefault="008E3FCA" w:rsidP="00ED31CD">
            <w:pPr>
              <w:numPr>
                <w:ilvl w:val="0"/>
                <w:numId w:val="27"/>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remaining balance shall be paid in full no later than thirty (30) calendar days before the commencement of the event (D-30).</w:t>
            </w:r>
          </w:p>
          <w:p w14:paraId="7A3C423A"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B. Booth Reservations Outside the Launching Event</w:t>
            </w:r>
          </w:p>
          <w:p w14:paraId="74C5946B" w14:textId="77777777" w:rsidR="008E3FCA" w:rsidRPr="00740757" w:rsidRDefault="008E3FCA" w:rsidP="00ED31CD">
            <w:pPr>
              <w:numPr>
                <w:ilvl w:val="0"/>
                <w:numId w:val="28"/>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Upon confirmation of the booth reservation, the Organizer shall issue a Proforma Invoice.</w:t>
            </w:r>
          </w:p>
          <w:p w14:paraId="5ADBB5B2" w14:textId="77777777" w:rsidR="008E3FCA" w:rsidRPr="00740757" w:rsidRDefault="008E3FCA" w:rsidP="00ED31CD">
            <w:pPr>
              <w:numPr>
                <w:ilvl w:val="0"/>
                <w:numId w:val="28"/>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Sponsor shall pay twenty-five percent (25%) of the total reservation value within fourteen (14) calendar days from the issuance date of the Proforma Invoice as the initial deposit.</w:t>
            </w:r>
          </w:p>
          <w:p w14:paraId="39D64C00" w14:textId="77777777" w:rsidR="008E3FCA" w:rsidRPr="00740757" w:rsidRDefault="008E3FCA" w:rsidP="00ED31CD">
            <w:pPr>
              <w:numPr>
                <w:ilvl w:val="0"/>
                <w:numId w:val="28"/>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remaining balance shall be paid no later than thirty (30) calendar days prior to the event (D-30).</w:t>
            </w:r>
          </w:p>
          <w:p w14:paraId="6D2E69C6"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C. Speaking Session Reservations</w:t>
            </w:r>
          </w:p>
          <w:p w14:paraId="289CBF9A" w14:textId="77777777" w:rsidR="008E3FCA" w:rsidRPr="00740757" w:rsidRDefault="008E3FCA" w:rsidP="00ED31CD">
            <w:pPr>
              <w:numPr>
                <w:ilvl w:val="0"/>
                <w:numId w:val="29"/>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Upon confirmation of the Speaking Session reservation, the Organizer shall issue a Proforma Invoice.</w:t>
            </w:r>
          </w:p>
          <w:p w14:paraId="206F355D" w14:textId="77777777" w:rsidR="008E3FCA" w:rsidRPr="00740757" w:rsidRDefault="008E3FCA" w:rsidP="00ED31CD">
            <w:pPr>
              <w:numPr>
                <w:ilvl w:val="0"/>
                <w:numId w:val="29"/>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Sponsor shall pay twenty-five percent (25%) of the agreed reservation value within fourteen (14) calendar days from the issuance date of the Proforma Invoice.</w:t>
            </w:r>
          </w:p>
          <w:p w14:paraId="655EF006" w14:textId="77777777" w:rsidR="008E3FCA" w:rsidRPr="00740757" w:rsidRDefault="008E3FCA" w:rsidP="00ED31CD">
            <w:pPr>
              <w:numPr>
                <w:ilvl w:val="0"/>
                <w:numId w:val="29"/>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The remaining balance shall be paid no later than thirty (30) calendar days before the event (D-30).</w:t>
            </w:r>
          </w:p>
          <w:p w14:paraId="062AFBB6"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D. Webinar and Add-on Reservations</w:t>
            </w:r>
          </w:p>
          <w:p w14:paraId="3A072D50" w14:textId="77777777" w:rsidR="008E3FCA" w:rsidRPr="00740757" w:rsidRDefault="008E3FCA" w:rsidP="00ED31CD">
            <w:pPr>
              <w:numPr>
                <w:ilvl w:val="0"/>
                <w:numId w:val="30"/>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Upon confirmation of the reservation, the Organizer shall issue a Proforma Invoice.</w:t>
            </w:r>
          </w:p>
          <w:p w14:paraId="406238BE" w14:textId="77777777" w:rsidR="008E3FCA" w:rsidRPr="00740757" w:rsidRDefault="008E3FCA" w:rsidP="00ED31CD">
            <w:pPr>
              <w:numPr>
                <w:ilvl w:val="0"/>
                <w:numId w:val="30"/>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Full payment shall be made at the time of reservation.</w:t>
            </w:r>
          </w:p>
          <w:p w14:paraId="18C868C8" w14:textId="447DC906"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lang w:eastAsia="ja-JP"/>
              </w:rPr>
              <w:lastRenderedPageBreak/>
              <w:t>All payments shall only be deemed valid if made through the official SWAM Exhibition website or other payment channels expressly designated by the Organizer.</w:t>
            </w:r>
          </w:p>
        </w:tc>
      </w:tr>
      <w:tr w:rsidR="00BF4B43" w:rsidRPr="00740757" w14:paraId="110A9B70" w14:textId="77777777" w:rsidTr="00A71330">
        <w:trPr>
          <w:jc w:val="center"/>
        </w:trPr>
        <w:tc>
          <w:tcPr>
            <w:tcW w:w="5102" w:type="dxa"/>
            <w:tcMar>
              <w:top w:w="100" w:type="dxa"/>
              <w:left w:w="80" w:type="dxa"/>
              <w:bottom w:w="100" w:type="dxa"/>
              <w:right w:w="80" w:type="dxa"/>
            </w:tcMar>
          </w:tcPr>
          <w:p w14:paraId="55947BF9" w14:textId="53E9382B"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 xml:space="preserve">7. Pajak dan </w:t>
            </w:r>
            <w:proofErr w:type="spellStart"/>
            <w:r w:rsidR="00A71330" w:rsidRPr="00740757">
              <w:rPr>
                <w:rFonts w:ascii="游明朝" w:eastAsia="游明朝" w:hAnsi="游明朝"/>
                <w:b/>
                <w:sz w:val="21"/>
                <w:szCs w:val="21"/>
              </w:rPr>
              <w:t>Biaya</w:t>
            </w:r>
            <w:proofErr w:type="spellEnd"/>
            <w:r w:rsidR="00A71330" w:rsidRPr="00740757">
              <w:rPr>
                <w:rFonts w:ascii="游明朝" w:eastAsia="游明朝" w:hAnsi="游明朝"/>
                <w:b/>
                <w:sz w:val="21"/>
                <w:szCs w:val="21"/>
              </w:rPr>
              <w:t xml:space="preserve"> Bank</w:t>
            </w:r>
          </w:p>
          <w:p w14:paraId="235D82C4" w14:textId="43C6166E" w:rsidR="00E75927" w:rsidRPr="00740757" w:rsidRDefault="00DF4271" w:rsidP="00ED31CD">
            <w:pPr>
              <w:pStyle w:val="ListParagraph"/>
              <w:numPr>
                <w:ilvl w:val="0"/>
                <w:numId w:val="39"/>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H</w:t>
            </w:r>
            <w:r w:rsidRPr="00740757">
              <w:rPr>
                <w:rFonts w:ascii="游明朝" w:eastAsia="游明朝" w:hAnsi="游明朝"/>
                <w:bCs/>
                <w:sz w:val="21"/>
                <w:szCs w:val="21"/>
              </w:rPr>
              <w:t xml:space="preserve">arga </w:t>
            </w:r>
            <w:proofErr w:type="spellStart"/>
            <w:r w:rsidR="00A71330" w:rsidRPr="00740757">
              <w:rPr>
                <w:rFonts w:ascii="游明朝" w:eastAsia="游明朝" w:hAnsi="游明朝" w:hint="eastAsia"/>
                <w:bCs/>
                <w:sz w:val="21"/>
                <w:szCs w:val="21"/>
                <w:lang w:eastAsia="ja-JP"/>
              </w:rPr>
              <w:t>produk</w:t>
            </w:r>
            <w:proofErr w:type="spellEnd"/>
            <w:r w:rsidR="00A71330" w:rsidRPr="00740757">
              <w:rPr>
                <w:rFonts w:ascii="游明朝" w:eastAsia="游明朝" w:hAnsi="游明朝" w:hint="eastAsia"/>
                <w:bCs/>
                <w:sz w:val="21"/>
                <w:szCs w:val="21"/>
                <w:lang w:eastAsia="ja-JP"/>
              </w:rPr>
              <w:t xml:space="preserve"> </w:t>
            </w:r>
            <w:r w:rsidRPr="00740757">
              <w:rPr>
                <w:rFonts w:ascii="游明朝" w:eastAsia="游明朝" w:hAnsi="游明朝"/>
                <w:bCs/>
                <w:sz w:val="21"/>
                <w:szCs w:val="21"/>
              </w:rPr>
              <w:t xml:space="preserve">yang </w:t>
            </w:r>
            <w:proofErr w:type="spellStart"/>
            <w:r w:rsidRPr="00740757">
              <w:rPr>
                <w:rFonts w:ascii="游明朝" w:eastAsia="游明朝" w:hAnsi="游明朝"/>
                <w:bCs/>
                <w:sz w:val="21"/>
                <w:szCs w:val="21"/>
              </w:rPr>
              <w:t>tercantum</w:t>
            </w:r>
            <w:proofErr w:type="spellEnd"/>
            <w:r w:rsidRPr="00740757">
              <w:rPr>
                <w:rFonts w:ascii="游明朝" w:eastAsia="游明朝" w:hAnsi="游明朝"/>
                <w:bCs/>
                <w:sz w:val="21"/>
                <w:szCs w:val="21"/>
              </w:rPr>
              <w:t xml:space="preserve"> </w:t>
            </w:r>
            <w:r w:rsidR="00A71330" w:rsidRPr="00740757">
              <w:rPr>
                <w:rFonts w:ascii="游明朝" w:eastAsia="游明朝" w:hAnsi="游明朝" w:hint="eastAsia"/>
                <w:bCs/>
                <w:sz w:val="21"/>
                <w:szCs w:val="21"/>
                <w:lang w:eastAsia="ja-JP"/>
              </w:rPr>
              <w:t xml:space="preserve">pada website </w:t>
            </w:r>
            <w:r w:rsidR="00A71330" w:rsidRPr="00740757">
              <w:rPr>
                <w:rFonts w:ascii="游明朝" w:eastAsia="游明朝" w:hAnsi="游明朝" w:hint="eastAsia"/>
                <w:bCs/>
                <w:sz w:val="21"/>
                <w:szCs w:val="21"/>
                <w:u w:val="single"/>
                <w:lang w:eastAsia="ja-JP"/>
              </w:rPr>
              <w:t>SWAM Exhibition</w:t>
            </w:r>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termasuk</w:t>
            </w:r>
            <w:proofErr w:type="spellEnd"/>
            <w:r w:rsidRPr="00740757">
              <w:rPr>
                <w:rFonts w:ascii="游明朝" w:eastAsia="游明朝" w:hAnsi="游明朝"/>
                <w:bCs/>
                <w:sz w:val="21"/>
                <w:szCs w:val="21"/>
              </w:rPr>
              <w:t xml:space="preserve"> </w:t>
            </w:r>
            <w:proofErr w:type="spellStart"/>
            <w:r w:rsidR="00A71330" w:rsidRPr="00740757">
              <w:rPr>
                <w:rFonts w:ascii="游明朝" w:eastAsia="游明朝" w:hAnsi="游明朝" w:hint="eastAsia"/>
                <w:bCs/>
                <w:sz w:val="21"/>
                <w:szCs w:val="21"/>
                <w:lang w:eastAsia="ja-JP"/>
              </w:rPr>
              <w:t>pajak</w:t>
            </w:r>
            <w:proofErr w:type="spellEnd"/>
            <w:r w:rsidRPr="00740757">
              <w:rPr>
                <w:rFonts w:ascii="游明朝" w:eastAsia="游明朝" w:hAnsi="游明朝"/>
                <w:bCs/>
                <w:sz w:val="21"/>
                <w:szCs w:val="21"/>
              </w:rPr>
              <w:t>.</w:t>
            </w:r>
          </w:p>
          <w:p w14:paraId="3019EC66" w14:textId="21576184" w:rsidR="00E75927" w:rsidRPr="00740757" w:rsidRDefault="00000000" w:rsidP="00ED31CD">
            <w:pPr>
              <w:pStyle w:val="ListParagraph"/>
              <w:numPr>
                <w:ilvl w:val="0"/>
                <w:numId w:val="39"/>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dilakukan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pemotongan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pajak</w:t>
            </w:r>
            <w:proofErr w:type="spellEnd"/>
            <w:r w:rsidRPr="00740757">
              <w:rPr>
                <w:rFonts w:ascii="游明朝" w:eastAsia="游明朝" w:hAnsi="游明朝"/>
                <w:bCs/>
                <w:sz w:val="21"/>
                <w:szCs w:val="21"/>
              </w:rPr>
              <w:t xml:space="preserve">, </w:t>
            </w:r>
            <w:r w:rsidR="00982215" w:rsidRPr="00740757">
              <w:rPr>
                <w:rFonts w:ascii="游明朝" w:eastAsia="游明朝" w:hAnsi="游明朝" w:hint="eastAsia"/>
                <w:bCs/>
                <w:sz w:val="21"/>
                <w:szCs w:val="21"/>
                <w:lang w:eastAsia="ja-JP"/>
              </w:rPr>
              <w:t>sponsor</w:t>
            </w:r>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wajib</w:t>
            </w:r>
            <w:proofErr w:type="spellEnd"/>
            <w:r w:rsidRPr="00740757">
              <w:rPr>
                <w:rFonts w:ascii="游明朝" w:eastAsia="游明朝" w:hAnsi="游明朝"/>
                <w:bCs/>
                <w:sz w:val="21"/>
                <w:szCs w:val="21"/>
              </w:rPr>
              <w:t xml:space="preserve"> </w:t>
            </w:r>
            <w:proofErr w:type="spellStart"/>
            <w:r w:rsidR="00D1537F" w:rsidRPr="00740757">
              <w:rPr>
                <w:rFonts w:ascii="游明朝" w:eastAsia="游明朝" w:hAnsi="游明朝"/>
                <w:bCs/>
                <w:sz w:val="21"/>
                <w:szCs w:val="21"/>
                <w:lang w:eastAsia="ja-JP"/>
              </w:rPr>
              <w:t>mengunggah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bukti</w:t>
            </w:r>
            <w:proofErr w:type="spellEnd"/>
            <w:r w:rsidRPr="00740757">
              <w:rPr>
                <w:rFonts w:ascii="游明朝" w:eastAsia="游明朝" w:hAnsi="游明朝"/>
                <w:bCs/>
                <w:sz w:val="21"/>
                <w:szCs w:val="21"/>
              </w:rPr>
              <w:t xml:space="preserve"> </w:t>
            </w:r>
            <w:proofErr w:type="spellStart"/>
            <w:r w:rsidR="00D1537F" w:rsidRPr="00740757">
              <w:rPr>
                <w:rFonts w:ascii="游明朝" w:eastAsia="游明朝" w:hAnsi="游明朝" w:hint="eastAsia"/>
                <w:bCs/>
                <w:sz w:val="21"/>
                <w:szCs w:val="21"/>
                <w:lang w:eastAsia="ja-JP"/>
              </w:rPr>
              <w:t>pembayaran</w:t>
            </w:r>
            <w:proofErr w:type="spellEnd"/>
            <w:r w:rsidR="00D1537F" w:rsidRPr="00740757">
              <w:rPr>
                <w:rFonts w:ascii="游明朝" w:eastAsia="游明朝" w:hAnsi="游明朝" w:hint="eastAsia"/>
                <w:bCs/>
                <w:sz w:val="21"/>
                <w:szCs w:val="21"/>
                <w:lang w:eastAsia="ja-JP"/>
              </w:rPr>
              <w:t xml:space="preserve"> y</w:t>
            </w:r>
            <w:r w:rsidRPr="00740757">
              <w:rPr>
                <w:rFonts w:ascii="游明朝" w:eastAsia="游明朝" w:hAnsi="游明朝"/>
                <w:bCs/>
                <w:sz w:val="21"/>
                <w:szCs w:val="21"/>
              </w:rPr>
              <w:t xml:space="preserve">ang </w:t>
            </w:r>
            <w:proofErr w:type="spellStart"/>
            <w:r w:rsidRPr="00740757">
              <w:rPr>
                <w:rFonts w:ascii="游明朝" w:eastAsia="游明朝" w:hAnsi="游明朝"/>
                <w:bCs/>
                <w:sz w:val="21"/>
                <w:szCs w:val="21"/>
              </w:rPr>
              <w:t>sah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kepada</w:t>
            </w:r>
            <w:proofErr w:type="spellEnd"/>
            <w:r w:rsidRPr="00740757">
              <w:rPr>
                <w:rFonts w:ascii="游明朝" w:eastAsia="游明朝" w:hAnsi="游明朝"/>
                <w:bCs/>
                <w:sz w:val="21"/>
                <w:szCs w:val="21"/>
              </w:rPr>
              <w:t xml:space="preserve"> </w:t>
            </w:r>
            <w:proofErr w:type="spellStart"/>
            <w:r w:rsidR="00982215" w:rsidRPr="00740757">
              <w:rPr>
                <w:rFonts w:ascii="游明朝" w:eastAsia="游明朝" w:hAnsi="游明朝" w:hint="eastAsia"/>
                <w:bCs/>
                <w:sz w:val="21"/>
                <w:szCs w:val="21"/>
                <w:lang w:eastAsia="ja-JP"/>
              </w:rPr>
              <w:t>penyelenggara</w:t>
            </w:r>
            <w:proofErr w:type="spellEnd"/>
            <w:r w:rsidRPr="00740757">
              <w:rPr>
                <w:rFonts w:ascii="游明朝" w:eastAsia="游明朝" w:hAnsi="游明朝"/>
                <w:bCs/>
                <w:sz w:val="21"/>
                <w:szCs w:val="21"/>
              </w:rPr>
              <w:t>.</w:t>
            </w:r>
          </w:p>
          <w:p w14:paraId="3C64E942" w14:textId="7F490A37" w:rsidR="00BF4B43" w:rsidRPr="00740757" w:rsidRDefault="00000000" w:rsidP="00ED31CD">
            <w:pPr>
              <w:pStyle w:val="ListParagraph"/>
              <w:numPr>
                <w:ilvl w:val="0"/>
                <w:numId w:val="39"/>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Biaya</w:t>
            </w:r>
            <w:proofErr w:type="spellEnd"/>
            <w:r w:rsidRPr="00740757">
              <w:rPr>
                <w:rFonts w:ascii="游明朝" w:eastAsia="游明朝" w:hAnsi="游明朝"/>
                <w:bCs/>
                <w:sz w:val="21"/>
                <w:szCs w:val="21"/>
              </w:rPr>
              <w:t xml:space="preserve"> </w:t>
            </w:r>
            <w:proofErr w:type="spellStart"/>
            <w:r w:rsidR="0038737C" w:rsidRPr="00740757">
              <w:rPr>
                <w:rFonts w:ascii="游明朝" w:eastAsia="游明朝" w:hAnsi="游明朝" w:hint="eastAsia"/>
                <w:bCs/>
                <w:sz w:val="21"/>
                <w:szCs w:val="21"/>
                <w:lang w:eastAsia="ja-JP"/>
              </w:rPr>
              <w:t>administrasi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ditanggung</w:t>
            </w:r>
            <w:proofErr w:type="spellEnd"/>
            <w:r w:rsidRPr="00740757">
              <w:rPr>
                <w:rFonts w:ascii="游明朝" w:eastAsia="游明朝" w:hAnsi="游明朝"/>
                <w:bCs/>
                <w:sz w:val="21"/>
                <w:szCs w:val="21"/>
              </w:rPr>
              <w:t xml:space="preserve"> oleh </w:t>
            </w:r>
            <w:r w:rsidR="00982215" w:rsidRPr="00740757">
              <w:rPr>
                <w:rFonts w:ascii="游明朝" w:eastAsia="游明朝" w:hAnsi="游明朝"/>
                <w:bCs/>
                <w:sz w:val="21"/>
                <w:szCs w:val="21"/>
              </w:rPr>
              <w:t>sponsor</w:t>
            </w:r>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0B4B86C8"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7. Taxes and Banking Charges</w:t>
            </w:r>
          </w:p>
          <w:p w14:paraId="6B7E6BD0" w14:textId="77777777" w:rsidR="008E3FCA" w:rsidRPr="00740757" w:rsidRDefault="008E3FCA" w:rsidP="00ED31CD">
            <w:pPr>
              <w:numPr>
                <w:ilvl w:val="0"/>
                <w:numId w:val="31"/>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All prices published on the SWAM Exhibition website are exclusive of applicable taxes unless expressly stated otherwise.</w:t>
            </w:r>
          </w:p>
          <w:p w14:paraId="6BFAFD80" w14:textId="77777777" w:rsidR="008E3FCA" w:rsidRPr="00740757" w:rsidRDefault="008E3FCA" w:rsidP="00ED31CD">
            <w:pPr>
              <w:numPr>
                <w:ilvl w:val="0"/>
                <w:numId w:val="31"/>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Where withholding tax is applicable, the Sponsor shall provide the Organizer with a valid withholding tax certificate or other legally acceptable proof of tax payment.</w:t>
            </w:r>
          </w:p>
          <w:p w14:paraId="756A7B56" w14:textId="3E8D2406" w:rsidR="00BF4B43" w:rsidRPr="00740757" w:rsidRDefault="008E3FCA" w:rsidP="00ED31CD">
            <w:pPr>
              <w:numPr>
                <w:ilvl w:val="0"/>
                <w:numId w:val="31"/>
              </w:numPr>
              <w:spacing w:beforeLines="50" w:before="120" w:afterLines="50" w:after="120" w:line="240" w:lineRule="auto"/>
              <w:jc w:val="both"/>
              <w:rPr>
                <w:rFonts w:ascii="游明朝" w:eastAsia="游明朝" w:hAnsi="游明朝" w:hint="eastAsia"/>
                <w:bCs/>
                <w:sz w:val="21"/>
                <w:szCs w:val="21"/>
              </w:rPr>
            </w:pPr>
            <w:r w:rsidRPr="00740757">
              <w:rPr>
                <w:rFonts w:ascii="游明朝" w:eastAsia="游明朝" w:hAnsi="游明朝"/>
                <w:bCs/>
                <w:sz w:val="21"/>
                <w:szCs w:val="21"/>
              </w:rPr>
              <w:t>All bank charges, transfer fees, intermediary bank fees, and administrative costs shall be borne exclusively by the Sponsor.</w:t>
            </w:r>
          </w:p>
        </w:tc>
      </w:tr>
      <w:tr w:rsidR="00BF4B43" w:rsidRPr="00740757" w14:paraId="6C5CB659" w14:textId="77777777" w:rsidTr="00A71330">
        <w:trPr>
          <w:jc w:val="center"/>
        </w:trPr>
        <w:tc>
          <w:tcPr>
            <w:tcW w:w="5102" w:type="dxa"/>
            <w:tcMar>
              <w:top w:w="100" w:type="dxa"/>
              <w:left w:w="80" w:type="dxa"/>
              <w:bottom w:w="100" w:type="dxa"/>
              <w:right w:w="80" w:type="dxa"/>
            </w:tcMar>
          </w:tcPr>
          <w:p w14:paraId="5EF9E1A4" w14:textId="21307788"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8. </w:t>
            </w:r>
            <w:proofErr w:type="spellStart"/>
            <w:r w:rsidRPr="00740757">
              <w:rPr>
                <w:rFonts w:ascii="游明朝" w:eastAsia="游明朝" w:hAnsi="游明朝"/>
                <w:b/>
                <w:sz w:val="21"/>
                <w:szCs w:val="21"/>
              </w:rPr>
              <w:t>Pembatalan</w:t>
            </w:r>
            <w:proofErr w:type="spellEnd"/>
            <w:r w:rsidRPr="00740757">
              <w:rPr>
                <w:rFonts w:ascii="游明朝" w:eastAsia="游明朝" w:hAnsi="游明朝"/>
                <w:b/>
                <w:sz w:val="21"/>
                <w:szCs w:val="21"/>
              </w:rPr>
              <w:t xml:space="preserve"> </w:t>
            </w:r>
            <w:proofErr w:type="spellStart"/>
            <w:r w:rsidR="00271F79" w:rsidRPr="00740757">
              <w:rPr>
                <w:rFonts w:ascii="游明朝" w:eastAsia="游明朝" w:hAnsi="游明朝" w:hint="eastAsia"/>
                <w:b/>
                <w:sz w:val="21"/>
                <w:szCs w:val="21"/>
                <w:lang w:eastAsia="ja-JP"/>
              </w:rPr>
              <w:t>Pembelian</w:t>
            </w:r>
            <w:proofErr w:type="spellEnd"/>
          </w:p>
          <w:p w14:paraId="186A0834" w14:textId="3044B97B" w:rsidR="00271F79" w:rsidRPr="00740757" w:rsidRDefault="00271F79"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Semua </w:t>
            </w: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dilakukan</w:t>
            </w:r>
            <w:proofErr w:type="spellEnd"/>
            <w:r w:rsidRPr="00740757">
              <w:rPr>
                <w:rFonts w:ascii="游明朝" w:eastAsia="游明朝" w:hAnsi="游明朝" w:hint="eastAsia"/>
                <w:bCs/>
                <w:sz w:val="21"/>
                <w:szCs w:val="21"/>
                <w:lang w:eastAsia="ja-JP"/>
              </w:rPr>
              <w:t xml:space="preserve"> dengan </w:t>
            </w:r>
            <w:proofErr w:type="spellStart"/>
            <w:r w:rsidRPr="00740757">
              <w:rPr>
                <w:rFonts w:ascii="游明朝" w:eastAsia="游明朝" w:hAnsi="游明朝" w:hint="eastAsia"/>
                <w:bCs/>
                <w:sz w:val="21"/>
                <w:szCs w:val="21"/>
                <w:lang w:eastAsia="ja-JP"/>
              </w:rPr>
              <w:t>mengisi</w:t>
            </w:r>
            <w:proofErr w:type="spellEnd"/>
            <w:r w:rsidRPr="00740757">
              <w:rPr>
                <w:rFonts w:ascii="游明朝" w:eastAsia="游明朝" w:hAnsi="游明朝" w:hint="eastAsia"/>
                <w:bCs/>
                <w:sz w:val="21"/>
                <w:szCs w:val="21"/>
                <w:lang w:eastAsia="ja-JP"/>
              </w:rPr>
              <w:t xml:space="preserve"> </w:t>
            </w:r>
            <w:r w:rsidRPr="00740757">
              <w:rPr>
                <w:rFonts w:ascii="游明朝" w:eastAsia="游明朝" w:hAnsi="游明朝"/>
                <w:bCs/>
                <w:sz w:val="21"/>
                <w:szCs w:val="21"/>
                <w:lang w:eastAsia="ja-JP"/>
              </w:rPr>
              <w:t>formular</w:t>
            </w:r>
            <w:r w:rsidRPr="00740757">
              <w:rPr>
                <w:rFonts w:ascii="游明朝" w:eastAsia="游明朝" w:hAnsi="游明朝" w:hint="eastAsia"/>
                <w:bCs/>
                <w:sz w:val="21"/>
                <w:szCs w:val="21"/>
                <w:lang w:eastAsia="ja-JP"/>
              </w:rPr>
              <w:t xml:space="preserve"> Surat </w:t>
            </w: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Resmi </w:t>
            </w:r>
            <w:proofErr w:type="spellStart"/>
            <w:r w:rsidRPr="00740757">
              <w:rPr>
                <w:rFonts w:ascii="游明朝" w:eastAsia="游明朝" w:hAnsi="游明朝" w:hint="eastAsia"/>
                <w:bCs/>
                <w:sz w:val="21"/>
                <w:szCs w:val="21"/>
                <w:lang w:eastAsia="ja-JP"/>
              </w:rPr>
              <w:t>melalui</w:t>
            </w:r>
            <w:proofErr w:type="spellEnd"/>
            <w:r w:rsidRPr="00740757">
              <w:rPr>
                <w:rFonts w:ascii="游明朝" w:eastAsia="游明朝" w:hAnsi="游明朝" w:hint="eastAsia"/>
                <w:bCs/>
                <w:sz w:val="21"/>
                <w:szCs w:val="21"/>
                <w:lang w:eastAsia="ja-JP"/>
              </w:rPr>
              <w:t xml:space="preserve"> website </w:t>
            </w:r>
            <w:r w:rsidRPr="00740757">
              <w:rPr>
                <w:rFonts w:ascii="游明朝" w:eastAsia="游明朝" w:hAnsi="游明朝" w:hint="eastAsia"/>
                <w:bCs/>
                <w:sz w:val="21"/>
                <w:szCs w:val="21"/>
                <w:u w:val="single"/>
                <w:lang w:eastAsia="ja-JP"/>
              </w:rPr>
              <w:t>SWAM Exhibition.</w:t>
            </w:r>
          </w:p>
          <w:p w14:paraId="6FFACA79" w14:textId="47B2EAB5" w:rsidR="00271F79" w:rsidRPr="00740757" w:rsidRDefault="00271F79"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hint="eastAsia"/>
                <w:bCs/>
                <w:sz w:val="21"/>
                <w:szCs w:val="21"/>
                <w:lang w:eastAsia="ja-JP"/>
              </w:rPr>
              <w:t>secara</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keseluruhan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dalam</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suatu</w:t>
            </w:r>
            <w:proofErr w:type="spellEnd"/>
            <w:r w:rsidRPr="00740757">
              <w:rPr>
                <w:rFonts w:ascii="游明朝" w:eastAsia="游明朝" w:hAnsi="游明朝" w:hint="eastAsia"/>
                <w:bCs/>
                <w:sz w:val="21"/>
                <w:szCs w:val="21"/>
                <w:lang w:eastAsia="ja-JP"/>
              </w:rPr>
              <w:t xml:space="preserve"> event </w:t>
            </w:r>
            <w:proofErr w:type="spellStart"/>
            <w:r w:rsidRPr="00740757">
              <w:rPr>
                <w:rFonts w:ascii="游明朝" w:eastAsia="游明朝" w:hAnsi="游明朝" w:hint="eastAsia"/>
                <w:bCs/>
                <w:sz w:val="21"/>
                <w:szCs w:val="21"/>
                <w:lang w:eastAsia="ja-JP"/>
              </w:rPr>
              <w:t>menyebabkan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speaking session, webinar, dan add-on </w:t>
            </w:r>
            <w:proofErr w:type="spellStart"/>
            <w:r w:rsidRPr="00740757">
              <w:rPr>
                <w:rFonts w:ascii="游明朝" w:eastAsia="游明朝" w:hAnsi="游明朝" w:hint="eastAsia"/>
                <w:bCs/>
                <w:sz w:val="21"/>
                <w:szCs w:val="21"/>
                <w:lang w:eastAsia="ja-JP"/>
              </w:rPr>
              <w:t>dalam</w:t>
            </w:r>
            <w:proofErr w:type="spellEnd"/>
            <w:r w:rsidRPr="00740757">
              <w:rPr>
                <w:rFonts w:ascii="游明朝" w:eastAsia="游明朝" w:hAnsi="游明朝" w:hint="eastAsia"/>
                <w:bCs/>
                <w:sz w:val="21"/>
                <w:szCs w:val="21"/>
                <w:lang w:eastAsia="ja-JP"/>
              </w:rPr>
              <w:t xml:space="preserve"> event </w:t>
            </w:r>
            <w:proofErr w:type="spellStart"/>
            <w:r w:rsidRPr="00740757">
              <w:rPr>
                <w:rFonts w:ascii="游明朝" w:eastAsia="游明朝" w:hAnsi="游明朝" w:hint="eastAsia"/>
                <w:bCs/>
                <w:sz w:val="21"/>
                <w:szCs w:val="21"/>
                <w:lang w:eastAsia="ja-JP"/>
              </w:rPr>
              <w:t>tersebut</w:t>
            </w:r>
            <w:proofErr w:type="spellEnd"/>
            <w:r w:rsidRPr="00740757">
              <w:rPr>
                <w:rFonts w:ascii="游明朝" w:eastAsia="游明朝" w:hAnsi="游明朝" w:hint="eastAsia"/>
                <w:bCs/>
                <w:sz w:val="21"/>
                <w:szCs w:val="21"/>
                <w:lang w:eastAsia="ja-JP"/>
              </w:rPr>
              <w:t>.</w:t>
            </w:r>
          </w:p>
          <w:p w14:paraId="0D9C17E0" w14:textId="28E92206" w:rsidR="00193625" w:rsidRPr="00740757" w:rsidRDefault="007A1046"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Bila </w:t>
            </w:r>
            <w:proofErr w:type="spellStart"/>
            <w:r w:rsidRPr="00740757">
              <w:rPr>
                <w:rFonts w:ascii="游明朝" w:eastAsia="游明朝" w:hAnsi="游明朝" w:hint="eastAsia"/>
                <w:bCs/>
                <w:sz w:val="21"/>
                <w:szCs w:val="21"/>
                <w:lang w:eastAsia="ja-JP"/>
              </w:rPr>
              <w:t>terjadi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pembatalan</w:t>
            </w:r>
            <w:proofErr w:type="spellEnd"/>
            <w:r w:rsidR="00271F79" w:rsidRPr="00740757">
              <w:rPr>
                <w:rFonts w:ascii="游明朝" w:eastAsia="游明朝" w:hAnsi="游明朝" w:hint="eastAsia"/>
                <w:bCs/>
                <w:sz w:val="21"/>
                <w:szCs w:val="21"/>
                <w:lang w:eastAsia="ja-JP"/>
              </w:rPr>
              <w:t xml:space="preserve">, </w:t>
            </w:r>
            <w:proofErr w:type="spellStart"/>
            <w:r w:rsidR="00271F79" w:rsidRPr="00740757">
              <w:rPr>
                <w:rFonts w:ascii="游明朝" w:eastAsia="游明朝" w:hAnsi="游明朝" w:hint="eastAsia"/>
                <w:bCs/>
                <w:sz w:val="21"/>
                <w:szCs w:val="21"/>
                <w:lang w:eastAsia="ja-JP"/>
              </w:rPr>
              <w:t>p</w:t>
            </w:r>
            <w:r w:rsidRPr="00740757">
              <w:rPr>
                <w:rFonts w:ascii="游明朝" w:eastAsia="游明朝" w:hAnsi="游明朝"/>
                <w:bCs/>
                <w:sz w:val="21"/>
                <w:szCs w:val="21"/>
              </w:rPr>
              <w:t>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berhak</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m</w:t>
            </w:r>
            <w:r w:rsidR="00193625" w:rsidRPr="00740757">
              <w:rPr>
                <w:rFonts w:ascii="游明朝" w:eastAsia="游明朝" w:hAnsi="游明朝"/>
                <w:bCs/>
                <w:sz w:val="21"/>
                <w:szCs w:val="21"/>
              </w:rPr>
              <w:t>engalihkan</w:t>
            </w:r>
            <w:proofErr w:type="spellEnd"/>
            <w:r w:rsidR="00193625" w:rsidRPr="00740757">
              <w:rPr>
                <w:rFonts w:ascii="游明朝" w:eastAsia="游明朝" w:hAnsi="游明朝"/>
                <w:bCs/>
                <w:sz w:val="21"/>
                <w:szCs w:val="21"/>
              </w:rPr>
              <w:t xml:space="preserve"> booth dan/atau </w:t>
            </w:r>
            <w:proofErr w:type="spellStart"/>
            <w:r w:rsidR="00193625" w:rsidRPr="00740757">
              <w:rPr>
                <w:rFonts w:ascii="游明朝" w:eastAsia="游明朝" w:hAnsi="游明朝"/>
                <w:bCs/>
                <w:sz w:val="21"/>
                <w:szCs w:val="21"/>
              </w:rPr>
              <w:t>sesi</w:t>
            </w:r>
            <w:proofErr w:type="spellEnd"/>
            <w:r w:rsidR="00193625" w:rsidRPr="00740757">
              <w:rPr>
                <w:rFonts w:ascii="游明朝" w:eastAsia="游明朝" w:hAnsi="游明朝"/>
                <w:bCs/>
                <w:sz w:val="21"/>
                <w:szCs w:val="21"/>
              </w:rPr>
              <w:t xml:space="preserve"> </w:t>
            </w:r>
            <w:proofErr w:type="spellStart"/>
            <w:r w:rsidR="00193625" w:rsidRPr="00740757">
              <w:rPr>
                <w:rFonts w:ascii="游明朝" w:eastAsia="游明朝" w:hAnsi="游明朝"/>
                <w:bCs/>
                <w:sz w:val="21"/>
                <w:szCs w:val="21"/>
              </w:rPr>
              <w:t>tersebut</w:t>
            </w:r>
            <w:proofErr w:type="spellEnd"/>
            <w:r w:rsidR="00193625" w:rsidRPr="00740757">
              <w:rPr>
                <w:rFonts w:ascii="游明朝" w:eastAsia="游明朝" w:hAnsi="游明朝"/>
                <w:bCs/>
                <w:sz w:val="21"/>
                <w:szCs w:val="21"/>
              </w:rPr>
              <w:t xml:space="preserve"> </w:t>
            </w:r>
            <w:proofErr w:type="spellStart"/>
            <w:r w:rsidR="00193625" w:rsidRPr="00740757">
              <w:rPr>
                <w:rFonts w:ascii="游明朝" w:eastAsia="游明朝" w:hAnsi="游明朝"/>
                <w:bCs/>
                <w:sz w:val="21"/>
                <w:szCs w:val="21"/>
              </w:rPr>
              <w:t>kepada</w:t>
            </w:r>
            <w:proofErr w:type="spellEnd"/>
            <w:r w:rsidR="00193625" w:rsidRPr="00740757">
              <w:rPr>
                <w:rFonts w:ascii="游明朝" w:eastAsia="游明朝" w:hAnsi="游明朝"/>
                <w:bCs/>
                <w:sz w:val="21"/>
                <w:szCs w:val="21"/>
              </w:rPr>
              <w:t xml:space="preserve"> Sponsor lain.</w:t>
            </w:r>
          </w:p>
          <w:p w14:paraId="54324AD2" w14:textId="4F7CB8BE"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Penalti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w:t>
            </w:r>
            <w:proofErr w:type="spellStart"/>
            <w:r w:rsidR="007A1046" w:rsidRPr="00740757">
              <w:rPr>
                <w:rFonts w:ascii="游明朝" w:eastAsia="游明朝" w:hAnsi="游明朝" w:hint="eastAsia"/>
                <w:bCs/>
                <w:sz w:val="21"/>
                <w:szCs w:val="21"/>
                <w:lang w:eastAsia="ja-JP"/>
              </w:rPr>
              <w:t>reservasi</w:t>
            </w:r>
            <w:proofErr w:type="spellEnd"/>
            <w:r w:rsidR="007A1046" w:rsidRPr="00740757">
              <w:rPr>
                <w:rFonts w:ascii="游明朝" w:eastAsia="游明朝" w:hAnsi="游明朝" w:hint="eastAsia"/>
                <w:bCs/>
                <w:sz w:val="21"/>
                <w:szCs w:val="21"/>
                <w:lang w:eastAsia="ja-JP"/>
              </w:rPr>
              <w:t xml:space="preserve"> booth </w:t>
            </w:r>
            <w:proofErr w:type="spellStart"/>
            <w:r w:rsidRPr="00740757">
              <w:rPr>
                <w:rFonts w:ascii="游明朝" w:eastAsia="游明朝" w:hAnsi="游明朝"/>
                <w:bCs/>
                <w:sz w:val="21"/>
                <w:szCs w:val="21"/>
              </w:rPr>
              <w:t>berlaku</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sebagai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berikut</w:t>
            </w:r>
            <w:proofErr w:type="spellEnd"/>
            <w:r w:rsidRPr="00740757">
              <w:rPr>
                <w:rFonts w:ascii="游明朝" w:eastAsia="游明朝" w:hAnsi="游明朝"/>
                <w:bCs/>
                <w:sz w:val="21"/>
                <w:szCs w:val="21"/>
              </w:rPr>
              <w:t>:</w:t>
            </w:r>
          </w:p>
          <w:p w14:paraId="234FC83F" w14:textId="77777777" w:rsidR="0024597A" w:rsidRPr="00740757" w:rsidRDefault="00193625" w:rsidP="00ED31CD">
            <w:pPr>
              <w:pStyle w:val="ListParagraph"/>
              <w:numPr>
                <w:ilvl w:val="0"/>
                <w:numId w:val="45"/>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hint="eastAsia"/>
                <w:bCs/>
                <w:sz w:val="21"/>
                <w:szCs w:val="21"/>
                <w:lang w:eastAsia="ja-JP"/>
              </w:rPr>
              <w:t xml:space="preserve">Dari </w:t>
            </w:r>
            <w:proofErr w:type="spellStart"/>
            <w:r w:rsidRPr="00740757">
              <w:rPr>
                <w:rFonts w:ascii="游明朝" w:eastAsia="游明朝" w:hAnsi="游明朝" w:hint="eastAsia"/>
                <w:bCs/>
                <w:sz w:val="21"/>
                <w:szCs w:val="21"/>
                <w:lang w:eastAsia="ja-JP"/>
              </w:rPr>
              <w:t>hari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hint="eastAsia"/>
                <w:bCs/>
                <w:sz w:val="21"/>
                <w:szCs w:val="21"/>
                <w:lang w:eastAsia="ja-JP"/>
              </w:rPr>
              <w:t>pemesanan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bCs/>
                <w:sz w:val="21"/>
                <w:szCs w:val="21"/>
              </w:rPr>
              <w:t>sampai</w:t>
            </w:r>
            <w:proofErr w:type="spellEnd"/>
            <w:r w:rsidRPr="00740757">
              <w:rPr>
                <w:rFonts w:ascii="游明朝" w:eastAsia="游明朝" w:hAnsi="游明朝"/>
                <w:bCs/>
                <w:sz w:val="21"/>
                <w:szCs w:val="21"/>
              </w:rPr>
              <w:t xml:space="preserve"> dengan D</w:t>
            </w:r>
            <w:r w:rsidRPr="00740757">
              <w:rPr>
                <w:rFonts w:ascii="游明朝" w:eastAsia="游明朝" w:hAnsi="游明朝" w:hint="eastAsia"/>
                <w:bCs/>
                <w:sz w:val="21"/>
                <w:szCs w:val="21"/>
                <w:lang w:eastAsia="ja-JP"/>
              </w:rPr>
              <w:t>-61</w:t>
            </w:r>
            <w:r w:rsidRPr="00740757">
              <w:rPr>
                <w:rFonts w:ascii="游明朝" w:eastAsia="游明朝" w:hAnsi="游明朝"/>
                <w:bCs/>
                <w:sz w:val="21"/>
                <w:szCs w:val="21"/>
              </w:rPr>
              <w:t>: 25%;</w:t>
            </w:r>
          </w:p>
          <w:p w14:paraId="2B1B2677" w14:textId="77777777" w:rsidR="0024597A" w:rsidRPr="00740757" w:rsidRDefault="00000000" w:rsidP="00ED31CD">
            <w:pPr>
              <w:pStyle w:val="ListParagraph"/>
              <w:numPr>
                <w:ilvl w:val="0"/>
                <w:numId w:val="45"/>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D-60 </w:t>
            </w:r>
            <w:proofErr w:type="spellStart"/>
            <w:r w:rsidRPr="00740757">
              <w:rPr>
                <w:rFonts w:ascii="游明朝" w:eastAsia="游明朝" w:hAnsi="游明朝"/>
                <w:bCs/>
                <w:sz w:val="21"/>
                <w:szCs w:val="21"/>
              </w:rPr>
              <w:t>sampai</w:t>
            </w:r>
            <w:proofErr w:type="spellEnd"/>
            <w:r w:rsidRPr="00740757">
              <w:rPr>
                <w:rFonts w:ascii="游明朝" w:eastAsia="游明朝" w:hAnsi="游明朝"/>
                <w:bCs/>
                <w:sz w:val="21"/>
                <w:szCs w:val="21"/>
              </w:rPr>
              <w:t xml:space="preserve"> dengan D-31: 50%;</w:t>
            </w:r>
          </w:p>
          <w:p w14:paraId="357D675B" w14:textId="3937C206" w:rsidR="00696535" w:rsidRPr="00740757" w:rsidRDefault="00000000" w:rsidP="00ED31CD">
            <w:pPr>
              <w:pStyle w:val="ListParagraph"/>
              <w:numPr>
                <w:ilvl w:val="0"/>
                <w:numId w:val="45"/>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D-30 atau </w:t>
            </w:r>
            <w:proofErr w:type="spellStart"/>
            <w:r w:rsidRPr="00740757">
              <w:rPr>
                <w:rFonts w:ascii="游明朝" w:eastAsia="游明朝" w:hAnsi="游明朝"/>
                <w:bCs/>
                <w:sz w:val="21"/>
                <w:szCs w:val="21"/>
              </w:rPr>
              <w:t>kurang</w:t>
            </w:r>
            <w:proofErr w:type="spellEnd"/>
            <w:r w:rsidRPr="00740757">
              <w:rPr>
                <w:rFonts w:ascii="游明朝" w:eastAsia="游明朝" w:hAnsi="游明朝"/>
                <w:bCs/>
                <w:sz w:val="21"/>
                <w:szCs w:val="21"/>
              </w:rPr>
              <w:t xml:space="preserve">: 100% </w:t>
            </w:r>
            <w:proofErr w:type="spellStart"/>
            <w:r w:rsidRPr="00740757">
              <w:rPr>
                <w:rFonts w:ascii="游明朝" w:eastAsia="游明朝" w:hAnsi="游明朝"/>
                <w:bCs/>
                <w:sz w:val="21"/>
                <w:szCs w:val="21"/>
              </w:rPr>
              <w:t>dari</w:t>
            </w:r>
            <w:proofErr w:type="spellEnd"/>
            <w:r w:rsidRPr="00740757">
              <w:rPr>
                <w:rFonts w:ascii="游明朝" w:eastAsia="游明朝" w:hAnsi="游明朝"/>
                <w:bCs/>
                <w:sz w:val="21"/>
                <w:szCs w:val="21"/>
              </w:rPr>
              <w:t xml:space="preserve"> total </w:t>
            </w:r>
            <w:proofErr w:type="spellStart"/>
            <w:r w:rsidRPr="00740757">
              <w:rPr>
                <w:rFonts w:ascii="游明朝" w:eastAsia="游明朝" w:hAnsi="游明朝"/>
                <w:bCs/>
                <w:sz w:val="21"/>
                <w:szCs w:val="21"/>
              </w:rPr>
              <w:t>nilai</w:t>
            </w:r>
            <w:proofErr w:type="spellEnd"/>
            <w:r w:rsidRPr="00740757">
              <w:rPr>
                <w:rFonts w:ascii="游明朝" w:eastAsia="游明朝" w:hAnsi="游明朝"/>
                <w:bCs/>
                <w:sz w:val="21"/>
                <w:szCs w:val="21"/>
              </w:rPr>
              <w:t>.</w:t>
            </w:r>
          </w:p>
          <w:p w14:paraId="39B18D5F" w14:textId="1261174F" w:rsidR="00696535" w:rsidRPr="00740757" w:rsidRDefault="00696535" w:rsidP="00ED31CD">
            <w:pPr>
              <w:spacing w:beforeLines="50" w:before="120" w:afterLines="50" w:after="120" w:line="240" w:lineRule="auto"/>
              <w:jc w:val="both"/>
              <w:rPr>
                <w:rFonts w:ascii="游明朝" w:eastAsia="游明朝" w:hAnsi="游明朝"/>
                <w:bCs/>
                <w:sz w:val="21"/>
                <w:szCs w:val="21"/>
                <w:lang w:eastAsia="ja-JP"/>
              </w:rPr>
            </w:pPr>
            <w:proofErr w:type="spellStart"/>
            <w:r w:rsidRPr="00740757">
              <w:rPr>
                <w:rFonts w:ascii="游明朝" w:eastAsia="游明朝" w:hAnsi="游明朝" w:hint="eastAsia"/>
                <w:bCs/>
                <w:sz w:val="21"/>
                <w:szCs w:val="21"/>
                <w:lang w:eastAsia="ja-JP"/>
              </w:rPr>
              <w:t>Penalti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reservasi</w:t>
            </w:r>
            <w:proofErr w:type="spellEnd"/>
            <w:r w:rsidRPr="00740757">
              <w:rPr>
                <w:rFonts w:ascii="游明朝" w:eastAsia="游明朝" w:hAnsi="游明朝" w:hint="eastAsia"/>
                <w:bCs/>
                <w:sz w:val="21"/>
                <w:szCs w:val="21"/>
                <w:lang w:eastAsia="ja-JP"/>
              </w:rPr>
              <w:t xml:space="preserve"> speaking time </w:t>
            </w:r>
            <w:proofErr w:type="spellStart"/>
            <w:r w:rsidRPr="00740757">
              <w:rPr>
                <w:rFonts w:ascii="游明朝" w:eastAsia="游明朝" w:hAnsi="游明朝" w:hint="eastAsia"/>
                <w:bCs/>
                <w:sz w:val="21"/>
                <w:szCs w:val="21"/>
                <w:lang w:eastAsia="ja-JP"/>
              </w:rPr>
              <w:t>berlaku</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sebagai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berikut</w:t>
            </w:r>
            <w:proofErr w:type="spellEnd"/>
            <w:r w:rsidRPr="00740757">
              <w:rPr>
                <w:rFonts w:ascii="游明朝" w:eastAsia="游明朝" w:hAnsi="游明朝" w:hint="eastAsia"/>
                <w:bCs/>
                <w:sz w:val="21"/>
                <w:szCs w:val="21"/>
                <w:lang w:eastAsia="ja-JP"/>
              </w:rPr>
              <w:t>:</w:t>
            </w:r>
          </w:p>
          <w:p w14:paraId="364C9D84" w14:textId="77777777" w:rsidR="0024597A" w:rsidRPr="00740757" w:rsidRDefault="00696535" w:rsidP="00ED31CD">
            <w:pPr>
              <w:pStyle w:val="ListParagraph"/>
              <w:numPr>
                <w:ilvl w:val="0"/>
                <w:numId w:val="46"/>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t xml:space="preserve">Dari </w:t>
            </w:r>
            <w:proofErr w:type="spellStart"/>
            <w:r w:rsidRPr="00740757">
              <w:rPr>
                <w:rFonts w:ascii="游明朝" w:eastAsia="游明朝" w:hAnsi="游明朝" w:hint="eastAsia"/>
                <w:bCs/>
                <w:sz w:val="21"/>
                <w:szCs w:val="21"/>
                <w:lang w:eastAsia="ja-JP"/>
              </w:rPr>
              <w:t>hari</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pemesanan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sampai</w:t>
            </w:r>
            <w:proofErr w:type="spellEnd"/>
            <w:r w:rsidRPr="00740757">
              <w:rPr>
                <w:rFonts w:ascii="游明朝" w:eastAsia="游明朝" w:hAnsi="游明朝" w:hint="eastAsia"/>
                <w:bCs/>
                <w:sz w:val="21"/>
                <w:szCs w:val="21"/>
                <w:lang w:eastAsia="ja-JP"/>
              </w:rPr>
              <w:t xml:space="preserve"> dengan D-61: 25%;</w:t>
            </w:r>
          </w:p>
          <w:p w14:paraId="78D34BE2" w14:textId="50E9D992" w:rsidR="00696535" w:rsidRPr="00740757" w:rsidRDefault="00696535" w:rsidP="00ED31CD">
            <w:pPr>
              <w:pStyle w:val="ListParagraph"/>
              <w:numPr>
                <w:ilvl w:val="0"/>
                <w:numId w:val="46"/>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hint="eastAsia"/>
                <w:bCs/>
                <w:sz w:val="21"/>
                <w:szCs w:val="21"/>
                <w:lang w:eastAsia="ja-JP"/>
              </w:rPr>
              <w:lastRenderedPageBreak/>
              <w:t xml:space="preserve">D-60 atau </w:t>
            </w:r>
            <w:proofErr w:type="spellStart"/>
            <w:r w:rsidRPr="00740757">
              <w:rPr>
                <w:rFonts w:ascii="游明朝" w:eastAsia="游明朝" w:hAnsi="游明朝" w:hint="eastAsia"/>
                <w:bCs/>
                <w:sz w:val="21"/>
                <w:szCs w:val="21"/>
                <w:lang w:eastAsia="ja-JP"/>
              </w:rPr>
              <w:t>kurang</w:t>
            </w:r>
            <w:proofErr w:type="spellEnd"/>
            <w:r w:rsidRPr="00740757">
              <w:rPr>
                <w:rFonts w:ascii="游明朝" w:eastAsia="游明朝" w:hAnsi="游明朝" w:hint="eastAsia"/>
                <w:bCs/>
                <w:sz w:val="21"/>
                <w:szCs w:val="21"/>
                <w:lang w:eastAsia="ja-JP"/>
              </w:rPr>
              <w:t xml:space="preserve">: 100% </w:t>
            </w:r>
            <w:proofErr w:type="spellStart"/>
            <w:r w:rsidRPr="00740757">
              <w:rPr>
                <w:rFonts w:ascii="游明朝" w:eastAsia="游明朝" w:hAnsi="游明朝" w:hint="eastAsia"/>
                <w:bCs/>
                <w:sz w:val="21"/>
                <w:szCs w:val="21"/>
                <w:lang w:eastAsia="ja-JP"/>
              </w:rPr>
              <w:t>dari</w:t>
            </w:r>
            <w:proofErr w:type="spellEnd"/>
            <w:r w:rsidRPr="00740757">
              <w:rPr>
                <w:rFonts w:ascii="游明朝" w:eastAsia="游明朝" w:hAnsi="游明朝" w:hint="eastAsia"/>
                <w:bCs/>
                <w:sz w:val="21"/>
                <w:szCs w:val="21"/>
                <w:lang w:eastAsia="ja-JP"/>
              </w:rPr>
              <w:t xml:space="preserve"> total </w:t>
            </w:r>
            <w:proofErr w:type="spellStart"/>
            <w:r w:rsidRPr="00740757">
              <w:rPr>
                <w:rFonts w:ascii="游明朝" w:eastAsia="游明朝" w:hAnsi="游明朝" w:hint="eastAsia"/>
                <w:bCs/>
                <w:sz w:val="21"/>
                <w:szCs w:val="21"/>
                <w:lang w:eastAsia="ja-JP"/>
              </w:rPr>
              <w:t>nilai</w:t>
            </w:r>
            <w:proofErr w:type="spellEnd"/>
            <w:r w:rsidRPr="00740757">
              <w:rPr>
                <w:rFonts w:ascii="游明朝" w:eastAsia="游明朝" w:hAnsi="游明朝" w:hint="eastAsia"/>
                <w:bCs/>
                <w:sz w:val="21"/>
                <w:szCs w:val="21"/>
                <w:lang w:eastAsia="ja-JP"/>
              </w:rPr>
              <w:t>.</w:t>
            </w:r>
          </w:p>
          <w:p w14:paraId="28F5D3CF" w14:textId="77777777" w:rsidR="006C565B"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Sponsor </w:t>
            </w:r>
            <w:proofErr w:type="spellStart"/>
            <w:r w:rsidRPr="00740757">
              <w:rPr>
                <w:rFonts w:ascii="游明朝" w:eastAsia="游明朝" w:hAnsi="游明朝"/>
                <w:bCs/>
                <w:sz w:val="21"/>
                <w:szCs w:val="21"/>
              </w:rPr>
              <w:t>belum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melunasi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penalti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Sponsor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diperkenankan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berpartisipasi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dalam</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seluruh</w:t>
            </w:r>
            <w:proofErr w:type="spellEnd"/>
            <w:r w:rsidRPr="00740757">
              <w:rPr>
                <w:rFonts w:ascii="游明朝" w:eastAsia="游明朝" w:hAnsi="游明朝"/>
                <w:bCs/>
                <w:sz w:val="21"/>
                <w:szCs w:val="21"/>
              </w:rPr>
              <w:t xml:space="preserve"> acara SWAM </w:t>
            </w:r>
            <w:proofErr w:type="spellStart"/>
            <w:r w:rsidRPr="00740757">
              <w:rPr>
                <w:rFonts w:ascii="游明朝" w:eastAsia="游明朝" w:hAnsi="游明朝"/>
                <w:bCs/>
                <w:sz w:val="21"/>
                <w:szCs w:val="21"/>
              </w:rPr>
              <w:t>sampai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penalti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tersebut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dilunasi</w:t>
            </w:r>
            <w:proofErr w:type="spellEnd"/>
            <w:r w:rsidRPr="00740757">
              <w:rPr>
                <w:rFonts w:ascii="游明朝" w:eastAsia="游明朝" w:hAnsi="游明朝"/>
                <w:bCs/>
                <w:sz w:val="21"/>
                <w:szCs w:val="21"/>
              </w:rPr>
              <w:t>.</w:t>
            </w:r>
            <w:r w:rsidR="006C565B"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ini </w:t>
            </w:r>
            <w:proofErr w:type="spellStart"/>
            <w:r w:rsidRPr="00740757">
              <w:rPr>
                <w:rFonts w:ascii="游明朝" w:eastAsia="游明朝" w:hAnsi="游明朝"/>
                <w:bCs/>
                <w:sz w:val="21"/>
                <w:szCs w:val="21"/>
              </w:rPr>
              <w:t>berlaku</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bagi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Pr="00740757">
              <w:rPr>
                <w:rFonts w:ascii="游明朝" w:eastAsia="游明朝" w:hAnsi="游明朝"/>
                <w:bCs/>
                <w:sz w:val="21"/>
                <w:szCs w:val="21"/>
              </w:rPr>
              <w:t xml:space="preserve"> booth </w:t>
            </w:r>
            <w:proofErr w:type="spellStart"/>
            <w:r w:rsidRPr="00740757">
              <w:rPr>
                <w:rFonts w:ascii="游明朝" w:eastAsia="游明朝" w:hAnsi="游明朝"/>
                <w:bCs/>
                <w:sz w:val="21"/>
                <w:szCs w:val="21"/>
              </w:rPr>
              <w:t>maupun</w:t>
            </w:r>
            <w:proofErr w:type="spellEnd"/>
            <w:r w:rsidRPr="00740757">
              <w:rPr>
                <w:rFonts w:ascii="游明朝" w:eastAsia="游明朝" w:hAnsi="游明朝"/>
                <w:bCs/>
                <w:sz w:val="21"/>
                <w:szCs w:val="21"/>
              </w:rPr>
              <w:t xml:space="preserve"> Speaking Session.</w:t>
            </w:r>
          </w:p>
          <w:p w14:paraId="06D86319" w14:textId="1FD877DE" w:rsidR="006C565B" w:rsidRPr="00740757" w:rsidRDefault="006C565B"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hint="eastAsia"/>
                <w:bCs/>
                <w:sz w:val="21"/>
                <w:szCs w:val="21"/>
                <w:lang w:eastAsia="ja-JP"/>
              </w:rPr>
              <w:t>Pembatalan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pemesanan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produk</w:t>
            </w:r>
            <w:proofErr w:type="spellEnd"/>
            <w:r w:rsidRPr="00740757">
              <w:rPr>
                <w:rFonts w:ascii="游明朝" w:eastAsia="游明朝" w:hAnsi="游明朝" w:hint="eastAsia"/>
                <w:bCs/>
                <w:sz w:val="21"/>
                <w:szCs w:val="21"/>
                <w:lang w:eastAsia="ja-JP"/>
              </w:rPr>
              <w:t xml:space="preserve"> add-on dan webinar, </w:t>
            </w:r>
            <w:proofErr w:type="spellStart"/>
            <w:r w:rsidRPr="00740757">
              <w:rPr>
                <w:rFonts w:ascii="游明朝" w:eastAsia="游明朝" w:hAnsi="游明朝" w:hint="eastAsia"/>
                <w:bCs/>
                <w:sz w:val="21"/>
                <w:szCs w:val="21"/>
                <w:lang w:eastAsia="ja-JP"/>
              </w:rPr>
              <w:t>investasi</w:t>
            </w:r>
            <w:proofErr w:type="spellEnd"/>
            <w:r w:rsidRPr="00740757">
              <w:rPr>
                <w:rFonts w:ascii="游明朝" w:eastAsia="游明朝" w:hAnsi="游明朝" w:hint="eastAsia"/>
                <w:bCs/>
                <w:sz w:val="21"/>
                <w:szCs w:val="21"/>
                <w:lang w:eastAsia="ja-JP"/>
              </w:rPr>
              <w:t xml:space="preserve"> yang </w:t>
            </w:r>
            <w:proofErr w:type="spellStart"/>
            <w:r w:rsidRPr="00740757">
              <w:rPr>
                <w:rFonts w:ascii="游明朝" w:eastAsia="游明朝" w:hAnsi="游明朝" w:hint="eastAsia"/>
                <w:bCs/>
                <w:sz w:val="21"/>
                <w:szCs w:val="21"/>
                <w:lang w:eastAsia="ja-JP"/>
              </w:rPr>
              <w:t>telah</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terbayarkan</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tidak</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bCs/>
                <w:sz w:val="21"/>
                <w:szCs w:val="21"/>
                <w:lang w:eastAsia="ja-JP"/>
              </w:rPr>
              <w:t>dapat</w:t>
            </w:r>
            <w:proofErr w:type="spellEnd"/>
            <w:r w:rsidRPr="00740757">
              <w:rPr>
                <w:rFonts w:ascii="游明朝" w:eastAsia="游明朝" w:hAnsi="游明朝" w:hint="eastAsia"/>
                <w:bCs/>
                <w:sz w:val="21"/>
                <w:szCs w:val="21"/>
                <w:lang w:eastAsia="ja-JP"/>
              </w:rPr>
              <w:t xml:space="preserve"> </w:t>
            </w:r>
            <w:proofErr w:type="spellStart"/>
            <w:r w:rsidRPr="00740757">
              <w:rPr>
                <w:rFonts w:ascii="游明朝" w:eastAsia="游明朝" w:hAnsi="游明朝" w:hint="eastAsia"/>
                <w:bCs/>
                <w:sz w:val="21"/>
                <w:szCs w:val="21"/>
                <w:lang w:eastAsia="ja-JP"/>
              </w:rPr>
              <w:t>dikembalikan</w:t>
            </w:r>
            <w:proofErr w:type="spellEnd"/>
            <w:r w:rsidRPr="00740757">
              <w:rPr>
                <w:rFonts w:ascii="游明朝" w:eastAsia="游明朝" w:hAnsi="游明朝" w:hint="eastAsia"/>
                <w:bCs/>
                <w:sz w:val="21"/>
                <w:szCs w:val="21"/>
                <w:lang w:eastAsia="ja-JP"/>
              </w:rPr>
              <w:t>.</w:t>
            </w:r>
          </w:p>
        </w:tc>
        <w:tc>
          <w:tcPr>
            <w:tcW w:w="5465" w:type="dxa"/>
            <w:gridSpan w:val="2"/>
            <w:tcMar>
              <w:top w:w="100" w:type="dxa"/>
              <w:left w:w="80" w:type="dxa"/>
              <w:bottom w:w="100" w:type="dxa"/>
              <w:right w:w="80" w:type="dxa"/>
            </w:tcMar>
          </w:tcPr>
          <w:p w14:paraId="01FD57A8"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lang w:eastAsia="ja-JP"/>
              </w:rPr>
            </w:pPr>
            <w:r w:rsidRPr="00740757">
              <w:rPr>
                <w:rFonts w:ascii="游明朝" w:eastAsia="游明朝" w:hAnsi="游明朝"/>
                <w:b/>
                <w:sz w:val="21"/>
                <w:szCs w:val="21"/>
                <w:lang w:eastAsia="ja-JP"/>
              </w:rPr>
              <w:lastRenderedPageBreak/>
              <w:t>8. Cancellation</w:t>
            </w:r>
          </w:p>
          <w:p w14:paraId="6F188C23"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All cancellation requests must be submitted through the Official Cancellation Form available on the SWAM Exhibition website.</w:t>
            </w:r>
          </w:p>
          <w:p w14:paraId="1BC51F31"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Cancellation of all booth reservations for a particular event shall automatically result in the cancellation of any associated Speaking Sessions, webinars, and Add-ons for the same event.</w:t>
            </w:r>
          </w:p>
          <w:p w14:paraId="744A6ABF"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Upon cancellation, the Organizer shall have the right to reassign the cancelled booth and/or session to another Sponsor without further notice.</w:t>
            </w:r>
          </w:p>
          <w:p w14:paraId="65EE1A52"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Booth Reservation Cancellation Charges</w:t>
            </w:r>
          </w:p>
          <w:p w14:paraId="7A749C38" w14:textId="77777777" w:rsidR="008E3FCA" w:rsidRPr="00740757" w:rsidRDefault="008E3FCA" w:rsidP="00ED31CD">
            <w:pPr>
              <w:numPr>
                <w:ilvl w:val="0"/>
                <w:numId w:val="32"/>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From the reservation date until D-61: 25% of the total reservation value.</w:t>
            </w:r>
          </w:p>
          <w:p w14:paraId="669A07C7" w14:textId="77777777" w:rsidR="008E3FCA" w:rsidRPr="00740757" w:rsidRDefault="008E3FCA" w:rsidP="00ED31CD">
            <w:pPr>
              <w:numPr>
                <w:ilvl w:val="0"/>
                <w:numId w:val="32"/>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From D-60 until D-31: 50% of the total reservation value.</w:t>
            </w:r>
          </w:p>
          <w:p w14:paraId="3E294BD0" w14:textId="77777777" w:rsidR="008E3FCA" w:rsidRPr="00740757" w:rsidRDefault="008E3FCA" w:rsidP="00ED31CD">
            <w:pPr>
              <w:numPr>
                <w:ilvl w:val="0"/>
                <w:numId w:val="32"/>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D-30 or later: 100% of the total reservation value.</w:t>
            </w:r>
          </w:p>
          <w:p w14:paraId="514E4154"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lastRenderedPageBreak/>
              <w:t>Speaking Session Cancellation Charges</w:t>
            </w:r>
          </w:p>
          <w:p w14:paraId="422D1A64" w14:textId="77777777" w:rsidR="008E3FCA" w:rsidRPr="00740757" w:rsidRDefault="008E3FCA" w:rsidP="00ED31CD">
            <w:pPr>
              <w:numPr>
                <w:ilvl w:val="0"/>
                <w:numId w:val="33"/>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From the reservation date until D-61: 25% of the total reservation value.</w:t>
            </w:r>
          </w:p>
          <w:p w14:paraId="575A573A" w14:textId="77777777" w:rsidR="008E3FCA" w:rsidRPr="00740757" w:rsidRDefault="008E3FCA" w:rsidP="00ED31CD">
            <w:pPr>
              <w:numPr>
                <w:ilvl w:val="0"/>
                <w:numId w:val="33"/>
              </w:num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D-60 or later: 100% of the total reservation value.</w:t>
            </w:r>
          </w:p>
          <w:p w14:paraId="3FD1314C"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lang w:eastAsia="ja-JP"/>
              </w:rPr>
            </w:pPr>
            <w:r w:rsidRPr="00740757">
              <w:rPr>
                <w:rFonts w:ascii="游明朝" w:eastAsia="游明朝" w:hAnsi="游明朝"/>
                <w:bCs/>
                <w:sz w:val="21"/>
                <w:szCs w:val="21"/>
                <w:lang w:eastAsia="ja-JP"/>
              </w:rPr>
              <w:t>Sponsors who fail to settle any applicable cancellation charges shall not be permitted to participate in any SWAM events until all outstanding cancellation charges have been fully paid.</w:t>
            </w:r>
          </w:p>
          <w:p w14:paraId="0159C810" w14:textId="4E66B799"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lang w:eastAsia="ja-JP"/>
              </w:rPr>
              <w:t>Cancellation of webinars and Add-ons shall not be eligible for any refund. All payments made shall be non-refundable.</w:t>
            </w:r>
          </w:p>
        </w:tc>
      </w:tr>
      <w:tr w:rsidR="00BF4B43" w:rsidRPr="00740757" w14:paraId="604DCB6B" w14:textId="77777777" w:rsidTr="00A71330">
        <w:trPr>
          <w:jc w:val="center"/>
        </w:trPr>
        <w:tc>
          <w:tcPr>
            <w:tcW w:w="5102" w:type="dxa"/>
            <w:tcMar>
              <w:top w:w="100" w:type="dxa"/>
              <w:left w:w="80" w:type="dxa"/>
              <w:bottom w:w="100" w:type="dxa"/>
              <w:right w:w="80" w:type="dxa"/>
            </w:tcMar>
          </w:tcPr>
          <w:p w14:paraId="3BCC5870"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 xml:space="preserve">9. </w:t>
            </w:r>
            <w:proofErr w:type="spellStart"/>
            <w:r w:rsidRPr="00740757">
              <w:rPr>
                <w:rFonts w:ascii="游明朝" w:eastAsia="游明朝" w:hAnsi="游明朝"/>
                <w:b/>
                <w:sz w:val="21"/>
                <w:szCs w:val="21"/>
              </w:rPr>
              <w:t>Keterlambatan</w:t>
            </w:r>
            <w:proofErr w:type="spellEnd"/>
            <w:r w:rsidRPr="00740757">
              <w:rPr>
                <w:rFonts w:ascii="游明朝" w:eastAsia="游明朝" w:hAnsi="游明朝"/>
                <w:b/>
                <w:sz w:val="21"/>
                <w:szCs w:val="21"/>
              </w:rPr>
              <w:t xml:space="preserve"> atau </w:t>
            </w:r>
            <w:proofErr w:type="spellStart"/>
            <w:r w:rsidRPr="00740757">
              <w:rPr>
                <w:rFonts w:ascii="游明朝" w:eastAsia="游明朝" w:hAnsi="游明朝"/>
                <w:b/>
                <w:sz w:val="21"/>
                <w:szCs w:val="21"/>
              </w:rPr>
              <w:t>Kegagalan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Pembayaran</w:t>
            </w:r>
            <w:proofErr w:type="spellEnd"/>
          </w:p>
          <w:p w14:paraId="2969997B" w14:textId="13A77A68"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kewajiban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pembayaran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dipenuhi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sesuai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waktu</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ditentukan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dalam</w:t>
            </w:r>
            <w:proofErr w:type="spellEnd"/>
            <w:r w:rsidRPr="00740757">
              <w:rPr>
                <w:rFonts w:ascii="游明朝" w:eastAsia="游明朝" w:hAnsi="游明朝"/>
                <w:bCs/>
                <w:sz w:val="21"/>
                <w:szCs w:val="21"/>
              </w:rPr>
              <w:t xml:space="preserve"> </w:t>
            </w:r>
            <w:proofErr w:type="spellStart"/>
            <w:r w:rsidR="006C565B" w:rsidRPr="00740757">
              <w:rPr>
                <w:rFonts w:ascii="游明朝" w:eastAsia="游明朝" w:hAnsi="游明朝" w:hint="eastAsia"/>
                <w:bCs/>
                <w:sz w:val="21"/>
                <w:szCs w:val="21"/>
                <w:lang w:eastAsia="ja-JP"/>
              </w:rPr>
              <w:t>Poin</w:t>
            </w:r>
            <w:proofErr w:type="spellEnd"/>
            <w:r w:rsidRPr="00740757">
              <w:rPr>
                <w:rFonts w:ascii="游明朝" w:eastAsia="游明朝" w:hAnsi="游明朝"/>
                <w:bCs/>
                <w:sz w:val="21"/>
                <w:szCs w:val="21"/>
              </w:rPr>
              <w:t xml:space="preserve"> 6, Sponsor </w:t>
            </w:r>
            <w:proofErr w:type="spellStart"/>
            <w:r w:rsidRPr="00740757">
              <w:rPr>
                <w:rFonts w:ascii="游明朝" w:eastAsia="游明朝" w:hAnsi="游明朝"/>
                <w:bCs/>
                <w:sz w:val="21"/>
                <w:szCs w:val="21"/>
              </w:rPr>
              <w:t>dianggap</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membatalkan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kepesertaan</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berhak</w:t>
            </w:r>
            <w:proofErr w:type="spellEnd"/>
            <w:r w:rsidRPr="00740757">
              <w:rPr>
                <w:rFonts w:ascii="游明朝" w:eastAsia="游明朝" w:hAnsi="游明朝"/>
                <w:bCs/>
                <w:sz w:val="21"/>
                <w:szCs w:val="21"/>
              </w:rPr>
              <w:t>:</w:t>
            </w:r>
          </w:p>
          <w:p w14:paraId="6F416923" w14:textId="77777777" w:rsidR="00E75927" w:rsidRPr="00740757" w:rsidRDefault="00000000" w:rsidP="00ED31CD">
            <w:pPr>
              <w:pStyle w:val="ListParagraph"/>
              <w:numPr>
                <w:ilvl w:val="0"/>
                <w:numId w:val="40"/>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menahan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seluruh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fasilitas</w:t>
            </w:r>
            <w:proofErr w:type="spellEnd"/>
            <w:r w:rsidRPr="00740757">
              <w:rPr>
                <w:rFonts w:ascii="游明朝" w:eastAsia="游明朝" w:hAnsi="游明朝"/>
                <w:bCs/>
                <w:sz w:val="21"/>
                <w:szCs w:val="21"/>
              </w:rPr>
              <w:t xml:space="preserve"> Sponsor;</w:t>
            </w:r>
          </w:p>
          <w:p w14:paraId="4FA353F6" w14:textId="77777777" w:rsidR="00E75927" w:rsidRPr="00740757" w:rsidRDefault="00000000" w:rsidP="00ED31CD">
            <w:pPr>
              <w:pStyle w:val="ListParagraph"/>
              <w:numPr>
                <w:ilvl w:val="0"/>
                <w:numId w:val="40"/>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membatalkan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reservasi</w:t>
            </w:r>
            <w:proofErr w:type="spellEnd"/>
            <w:r w:rsidRPr="00740757">
              <w:rPr>
                <w:rFonts w:ascii="游明朝" w:eastAsia="游明朝" w:hAnsi="游明朝"/>
                <w:bCs/>
                <w:sz w:val="21"/>
                <w:szCs w:val="21"/>
              </w:rPr>
              <w:t>;</w:t>
            </w:r>
          </w:p>
          <w:p w14:paraId="49DAA9AD" w14:textId="77777777" w:rsidR="00E75927" w:rsidRPr="00740757" w:rsidRDefault="00000000" w:rsidP="00ED31CD">
            <w:pPr>
              <w:pStyle w:val="ListParagraph"/>
              <w:numPr>
                <w:ilvl w:val="0"/>
                <w:numId w:val="40"/>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mengalokasikan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kembali</w:t>
            </w:r>
            <w:proofErr w:type="spellEnd"/>
            <w:r w:rsidRPr="00740757">
              <w:rPr>
                <w:rFonts w:ascii="游明朝" w:eastAsia="游明朝" w:hAnsi="游明朝"/>
                <w:bCs/>
                <w:sz w:val="21"/>
                <w:szCs w:val="21"/>
              </w:rPr>
              <w:t xml:space="preserve"> booth dan/atau </w:t>
            </w:r>
            <w:proofErr w:type="spellStart"/>
            <w:r w:rsidRPr="00740757">
              <w:rPr>
                <w:rFonts w:ascii="游明朝" w:eastAsia="游明朝" w:hAnsi="游明朝"/>
                <w:bCs/>
                <w:sz w:val="21"/>
                <w:szCs w:val="21"/>
              </w:rPr>
              <w:t>sesi</w:t>
            </w:r>
            <w:proofErr w:type="spellEnd"/>
            <w:r w:rsidRPr="00740757">
              <w:rPr>
                <w:rFonts w:ascii="游明朝" w:eastAsia="游明朝" w:hAnsi="游明朝"/>
                <w:bCs/>
                <w:sz w:val="21"/>
                <w:szCs w:val="21"/>
              </w:rPr>
              <w:t>; dan</w:t>
            </w:r>
          </w:p>
          <w:p w14:paraId="4C4C00BF" w14:textId="64AC3893" w:rsidR="00BF4B43" w:rsidRPr="00740757" w:rsidRDefault="00000000" w:rsidP="00ED31CD">
            <w:pPr>
              <w:pStyle w:val="ListParagraph"/>
              <w:numPr>
                <w:ilvl w:val="0"/>
                <w:numId w:val="40"/>
              </w:num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mengenakan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penalti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sesuai</w:t>
            </w:r>
            <w:proofErr w:type="spellEnd"/>
            <w:r w:rsidRPr="00740757">
              <w:rPr>
                <w:rFonts w:ascii="游明朝" w:eastAsia="游明朝" w:hAnsi="游明朝"/>
                <w:bCs/>
                <w:sz w:val="21"/>
                <w:szCs w:val="21"/>
              </w:rPr>
              <w:t xml:space="preserve"> </w:t>
            </w:r>
            <w:proofErr w:type="spellStart"/>
            <w:r w:rsidR="006C565B" w:rsidRPr="00740757">
              <w:rPr>
                <w:rFonts w:ascii="游明朝" w:eastAsia="游明朝" w:hAnsi="游明朝" w:hint="eastAsia"/>
                <w:bCs/>
                <w:sz w:val="21"/>
                <w:szCs w:val="21"/>
                <w:lang w:eastAsia="ja-JP"/>
              </w:rPr>
              <w:t>Poin</w:t>
            </w:r>
            <w:proofErr w:type="spellEnd"/>
            <w:r w:rsidRPr="00740757">
              <w:rPr>
                <w:rFonts w:ascii="游明朝" w:eastAsia="游明朝" w:hAnsi="游明朝"/>
                <w:bCs/>
                <w:sz w:val="21"/>
                <w:szCs w:val="21"/>
              </w:rPr>
              <w:t xml:space="preserve"> 8, </w:t>
            </w:r>
            <w:proofErr w:type="spellStart"/>
            <w:r w:rsidRPr="00740757">
              <w:rPr>
                <w:rFonts w:ascii="游明朝" w:eastAsia="游明朝" w:hAnsi="游明朝"/>
                <w:bCs/>
                <w:sz w:val="21"/>
                <w:szCs w:val="21"/>
              </w:rPr>
              <w:t>tanpa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menghapus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kewajiban</w:t>
            </w:r>
            <w:proofErr w:type="spellEnd"/>
            <w:r w:rsidRPr="00740757">
              <w:rPr>
                <w:rFonts w:ascii="游明朝" w:eastAsia="游明朝" w:hAnsi="游明朝"/>
                <w:bCs/>
                <w:sz w:val="21"/>
                <w:szCs w:val="21"/>
              </w:rPr>
              <w:t xml:space="preserve"> Sponsor </w:t>
            </w:r>
            <w:proofErr w:type="spellStart"/>
            <w:r w:rsidRPr="00740757">
              <w:rPr>
                <w:rFonts w:ascii="游明朝" w:eastAsia="游明朝" w:hAnsi="游明朝"/>
                <w:bCs/>
                <w:sz w:val="21"/>
                <w:szCs w:val="21"/>
              </w:rPr>
              <w:t>lainnya</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5F4F0C7A"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9. Late Payment or Payment Default</w:t>
            </w:r>
          </w:p>
          <w:p w14:paraId="769E8D4B"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Failure to make payment within the timeframes specified in Clause 6 shall constitute a cancellation by the Sponsor.</w:t>
            </w:r>
          </w:p>
          <w:p w14:paraId="3B9F6271"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In such event, the Organizer shall be entitled, without limitation, to:</w:t>
            </w:r>
          </w:p>
          <w:p w14:paraId="6C906DFA" w14:textId="77777777" w:rsidR="008E3FCA" w:rsidRPr="00740757" w:rsidRDefault="008E3FCA" w:rsidP="00ED31CD">
            <w:pPr>
              <w:numPr>
                <w:ilvl w:val="0"/>
                <w:numId w:val="34"/>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suspend all Sponsor privileges and benefits;</w:t>
            </w:r>
          </w:p>
          <w:p w14:paraId="7BD8035B" w14:textId="77777777" w:rsidR="008E3FCA" w:rsidRPr="00740757" w:rsidRDefault="008E3FCA" w:rsidP="00ED31CD">
            <w:pPr>
              <w:numPr>
                <w:ilvl w:val="0"/>
                <w:numId w:val="34"/>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cancel the reservation;</w:t>
            </w:r>
          </w:p>
          <w:p w14:paraId="2905BDDC" w14:textId="77777777" w:rsidR="008E3FCA" w:rsidRPr="00740757" w:rsidRDefault="008E3FCA" w:rsidP="00ED31CD">
            <w:pPr>
              <w:numPr>
                <w:ilvl w:val="0"/>
                <w:numId w:val="34"/>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reallocate the booth and/or session to another Sponsor; and</w:t>
            </w:r>
          </w:p>
          <w:p w14:paraId="5C5167E1" w14:textId="77777777" w:rsidR="008E3FCA" w:rsidRPr="00740757" w:rsidRDefault="008E3FCA" w:rsidP="00ED31CD">
            <w:pPr>
              <w:numPr>
                <w:ilvl w:val="0"/>
                <w:numId w:val="34"/>
              </w:num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impose the applicable cancellation charges under Clause 8,</w:t>
            </w:r>
          </w:p>
          <w:p w14:paraId="32FAF31F" w14:textId="74B0574F" w:rsidR="00BF4B43"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without prejudice to any other rights or remedies available to the Organizer.</w:t>
            </w:r>
          </w:p>
        </w:tc>
      </w:tr>
      <w:tr w:rsidR="00BF4B43" w:rsidRPr="00740757" w14:paraId="0AA3CBC1" w14:textId="77777777" w:rsidTr="00A71330">
        <w:trPr>
          <w:jc w:val="center"/>
        </w:trPr>
        <w:tc>
          <w:tcPr>
            <w:tcW w:w="5102" w:type="dxa"/>
            <w:tcMar>
              <w:top w:w="100" w:type="dxa"/>
              <w:left w:w="80" w:type="dxa"/>
              <w:bottom w:w="100" w:type="dxa"/>
              <w:right w:w="80" w:type="dxa"/>
            </w:tcMar>
          </w:tcPr>
          <w:p w14:paraId="2381BBF0"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10. </w:t>
            </w:r>
            <w:proofErr w:type="spellStart"/>
            <w:r w:rsidRPr="00740757">
              <w:rPr>
                <w:rFonts w:ascii="游明朝" w:eastAsia="游明朝" w:hAnsi="游明朝"/>
                <w:b/>
                <w:sz w:val="21"/>
                <w:szCs w:val="21"/>
              </w:rPr>
              <w:t>Perubahan</w:t>
            </w:r>
            <w:proofErr w:type="spellEnd"/>
            <w:r w:rsidRPr="00740757">
              <w:rPr>
                <w:rFonts w:ascii="游明朝" w:eastAsia="游明朝" w:hAnsi="游明朝"/>
                <w:b/>
                <w:sz w:val="21"/>
                <w:szCs w:val="21"/>
              </w:rPr>
              <w:t xml:space="preserve"> Acara dan </w:t>
            </w:r>
            <w:proofErr w:type="spellStart"/>
            <w:r w:rsidRPr="00740757">
              <w:rPr>
                <w:rFonts w:ascii="游明朝" w:eastAsia="游明朝" w:hAnsi="游明朝"/>
                <w:b/>
                <w:sz w:val="21"/>
                <w:szCs w:val="21"/>
              </w:rPr>
              <w:t>Keadaan</w:t>
            </w:r>
            <w:proofErr w:type="spellEnd"/>
            <w:r w:rsidRPr="00740757">
              <w:rPr>
                <w:rFonts w:ascii="游明朝" w:eastAsia="游明朝" w:hAnsi="游明朝"/>
                <w:b/>
                <w:sz w:val="21"/>
                <w:szCs w:val="21"/>
              </w:rPr>
              <w:t xml:space="preserve"> Kahar (Force Majeure)</w:t>
            </w:r>
          </w:p>
          <w:p w14:paraId="4313A786" w14:textId="6253F13E"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berhak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mengubah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tempat</w:t>
            </w:r>
            <w:proofErr w:type="spellEnd"/>
            <w:r w:rsidRPr="00740757">
              <w:rPr>
                <w:rFonts w:ascii="游明朝" w:eastAsia="游明朝" w:hAnsi="游明朝"/>
                <w:bCs/>
                <w:sz w:val="21"/>
                <w:szCs w:val="21"/>
              </w:rPr>
              <w:t xml:space="preserve">, format, </w:t>
            </w:r>
            <w:proofErr w:type="spellStart"/>
            <w:r w:rsidRPr="00740757">
              <w:rPr>
                <w:rFonts w:ascii="游明朝" w:eastAsia="游明朝" w:hAnsi="游明朝"/>
                <w:bCs/>
                <w:sz w:val="21"/>
                <w:szCs w:val="21"/>
              </w:rPr>
              <w:t>susunan</w:t>
            </w:r>
            <w:proofErr w:type="spellEnd"/>
            <w:r w:rsidRPr="00740757">
              <w:rPr>
                <w:rFonts w:ascii="游明朝" w:eastAsia="游明朝" w:hAnsi="游明朝"/>
                <w:bCs/>
                <w:sz w:val="21"/>
                <w:szCs w:val="21"/>
              </w:rPr>
              <w:t xml:space="preserve"> acara, </w:t>
            </w:r>
            <w:proofErr w:type="spellStart"/>
            <w:r w:rsidRPr="00740757">
              <w:rPr>
                <w:rFonts w:ascii="游明朝" w:eastAsia="游明朝" w:hAnsi="游明朝"/>
                <w:bCs/>
                <w:sz w:val="21"/>
                <w:szCs w:val="21"/>
              </w:rPr>
              <w:t>pembicara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denah</w:t>
            </w:r>
            <w:proofErr w:type="spellEnd"/>
            <w:r w:rsidRPr="00740757">
              <w:rPr>
                <w:rFonts w:ascii="游明朝" w:eastAsia="游明朝" w:hAnsi="游明朝"/>
                <w:bCs/>
                <w:sz w:val="21"/>
                <w:szCs w:val="21"/>
              </w:rPr>
              <w:t xml:space="preserve">, atau </w:t>
            </w:r>
            <w:proofErr w:type="spellStart"/>
            <w:r w:rsidRPr="00740757">
              <w:rPr>
                <w:rFonts w:ascii="游明朝" w:eastAsia="游明朝" w:hAnsi="游明朝"/>
                <w:bCs/>
                <w:sz w:val="21"/>
                <w:szCs w:val="21"/>
              </w:rPr>
              <w:t>alokasi</w:t>
            </w:r>
            <w:proofErr w:type="spellEnd"/>
            <w:r w:rsidRPr="00740757">
              <w:rPr>
                <w:rFonts w:ascii="游明朝" w:eastAsia="游明朝" w:hAnsi="游明朝"/>
                <w:bCs/>
                <w:sz w:val="21"/>
                <w:szCs w:val="21"/>
              </w:rPr>
              <w:t xml:space="preserve"> booth </w:t>
            </w:r>
            <w:proofErr w:type="spellStart"/>
            <w:r w:rsidRPr="00740757">
              <w:rPr>
                <w:rFonts w:ascii="游明朝" w:eastAsia="游明朝" w:hAnsi="游明朝"/>
                <w:bCs/>
                <w:sz w:val="21"/>
                <w:szCs w:val="21"/>
              </w:rPr>
              <w:t>karena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alasan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keselamatan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operasional</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instruksi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pemerintah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kebijakan</w:t>
            </w:r>
            <w:proofErr w:type="spellEnd"/>
            <w:r w:rsidRPr="00740757">
              <w:rPr>
                <w:rFonts w:ascii="游明朝" w:eastAsia="游明朝" w:hAnsi="游明朝"/>
                <w:bCs/>
                <w:sz w:val="21"/>
                <w:szCs w:val="21"/>
              </w:rPr>
              <w:t xml:space="preserve"> venue, atau </w:t>
            </w:r>
            <w:proofErr w:type="spellStart"/>
            <w:r w:rsidRPr="00740757">
              <w:rPr>
                <w:rFonts w:ascii="游明朝" w:eastAsia="游明朝" w:hAnsi="游明朝"/>
                <w:bCs/>
                <w:sz w:val="21"/>
                <w:szCs w:val="21"/>
              </w:rPr>
              <w:t>keadaan</w:t>
            </w:r>
            <w:proofErr w:type="spellEnd"/>
            <w:r w:rsidRPr="00740757">
              <w:rPr>
                <w:rFonts w:ascii="游明朝" w:eastAsia="游明朝" w:hAnsi="游明朝"/>
                <w:bCs/>
                <w:sz w:val="21"/>
                <w:szCs w:val="21"/>
              </w:rPr>
              <w:t xml:space="preserve"> di </w:t>
            </w:r>
            <w:proofErr w:type="spellStart"/>
            <w:r w:rsidRPr="00740757">
              <w:rPr>
                <w:rFonts w:ascii="游明朝" w:eastAsia="游明朝" w:hAnsi="游明朝"/>
                <w:bCs/>
                <w:sz w:val="21"/>
                <w:szCs w:val="21"/>
              </w:rPr>
              <w:t>luar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kendali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wajar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Perubahan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lastRenderedPageBreak/>
              <w:t>tersebut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dianggap</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sebagai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pembatalan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sepanjang</w:t>
            </w:r>
            <w:proofErr w:type="spellEnd"/>
            <w:r w:rsidRPr="00740757">
              <w:rPr>
                <w:rFonts w:ascii="游明朝" w:eastAsia="游明朝" w:hAnsi="游明朝"/>
                <w:bCs/>
                <w:sz w:val="21"/>
                <w:szCs w:val="21"/>
              </w:rPr>
              <w:t xml:space="preserve"> acara </w:t>
            </w:r>
            <w:proofErr w:type="spellStart"/>
            <w:r w:rsidRPr="00740757">
              <w:rPr>
                <w:rFonts w:ascii="游明朝" w:eastAsia="游明朝" w:hAnsi="游明朝"/>
                <w:bCs/>
                <w:sz w:val="21"/>
                <w:szCs w:val="21"/>
              </w:rPr>
              <w:t>tetap</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diselenggarakan</w:t>
            </w:r>
            <w:proofErr w:type="spellEnd"/>
            <w:r w:rsidRPr="00740757">
              <w:rPr>
                <w:rFonts w:ascii="游明朝" w:eastAsia="游明朝" w:hAnsi="游明朝"/>
                <w:bCs/>
                <w:sz w:val="21"/>
                <w:szCs w:val="21"/>
              </w:rPr>
              <w:t xml:space="preserve"> atau </w:t>
            </w:r>
            <w:proofErr w:type="spellStart"/>
            <w:r w:rsidRPr="00740757">
              <w:rPr>
                <w:rFonts w:ascii="游明朝" w:eastAsia="游明朝" w:hAnsi="游明朝"/>
                <w:bCs/>
                <w:sz w:val="21"/>
                <w:szCs w:val="21"/>
              </w:rPr>
              <w:t>dijadwalkan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ulang</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secara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wajar</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0C9B53C6"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10. Event Changes and Force Majeure</w:t>
            </w:r>
          </w:p>
          <w:p w14:paraId="3DE97F83"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The Organizer reserves the right to modify the event date, venue, format, </w:t>
            </w:r>
            <w:proofErr w:type="spellStart"/>
            <w:r w:rsidRPr="00740757">
              <w:rPr>
                <w:rFonts w:ascii="游明朝" w:eastAsia="游明朝" w:hAnsi="游明朝"/>
                <w:bCs/>
                <w:sz w:val="21"/>
                <w:szCs w:val="21"/>
              </w:rPr>
              <w:t>programme</w:t>
            </w:r>
            <w:proofErr w:type="spellEnd"/>
            <w:r w:rsidRPr="00740757">
              <w:rPr>
                <w:rFonts w:ascii="游明朝" w:eastAsia="游明朝" w:hAnsi="游明朝"/>
                <w:bCs/>
                <w:sz w:val="21"/>
                <w:szCs w:val="21"/>
              </w:rPr>
              <w:t xml:space="preserve">, speakers, floor plan, booth allocation, or any other aspect of the event due to operational requirements, safety considerations, governmental regulations, venue policies, or </w:t>
            </w:r>
            <w:r w:rsidRPr="00740757">
              <w:rPr>
                <w:rFonts w:ascii="游明朝" w:eastAsia="游明朝" w:hAnsi="游明朝"/>
                <w:bCs/>
                <w:sz w:val="21"/>
                <w:szCs w:val="21"/>
              </w:rPr>
              <w:lastRenderedPageBreak/>
              <w:t>circumstances beyond the reasonable control of the Organizer ("Force Majeure").</w:t>
            </w:r>
          </w:p>
          <w:p w14:paraId="76E0016E" w14:textId="2D18E72F"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Such changes shall not constitute a cancellation provided that the event is held or reasonably rescheduled.</w:t>
            </w:r>
          </w:p>
        </w:tc>
      </w:tr>
      <w:tr w:rsidR="00BF4B43" w:rsidRPr="00740757" w14:paraId="2F9210A3" w14:textId="77777777" w:rsidTr="00A71330">
        <w:trPr>
          <w:jc w:val="center"/>
        </w:trPr>
        <w:tc>
          <w:tcPr>
            <w:tcW w:w="5102" w:type="dxa"/>
            <w:tcMar>
              <w:top w:w="100" w:type="dxa"/>
              <w:left w:w="80" w:type="dxa"/>
              <w:bottom w:w="100" w:type="dxa"/>
              <w:right w:w="80" w:type="dxa"/>
            </w:tcMar>
          </w:tcPr>
          <w:p w14:paraId="48CC6914" w14:textId="2D80B5BB" w:rsidR="00BF4B43" w:rsidRPr="00740757" w:rsidRDefault="00000000" w:rsidP="00ED31CD">
            <w:pPr>
              <w:spacing w:beforeLines="50" w:before="120" w:afterLines="50" w:after="120" w:line="240" w:lineRule="auto"/>
              <w:jc w:val="both"/>
              <w:rPr>
                <w:rFonts w:ascii="游明朝" w:eastAsia="游明朝" w:hAnsi="游明朝"/>
                <w:b/>
                <w:sz w:val="21"/>
                <w:szCs w:val="21"/>
                <w:lang w:eastAsia="ja-JP"/>
              </w:rPr>
            </w:pPr>
            <w:r w:rsidRPr="00740757">
              <w:rPr>
                <w:rFonts w:ascii="游明朝" w:eastAsia="游明朝" w:hAnsi="游明朝"/>
                <w:b/>
                <w:sz w:val="21"/>
                <w:szCs w:val="21"/>
              </w:rPr>
              <w:lastRenderedPageBreak/>
              <w:t xml:space="preserve">11. </w:t>
            </w:r>
            <w:proofErr w:type="spellStart"/>
            <w:r w:rsidRPr="00740757">
              <w:rPr>
                <w:rFonts w:ascii="游明朝" w:eastAsia="游明朝" w:hAnsi="游明朝"/>
                <w:b/>
                <w:sz w:val="21"/>
                <w:szCs w:val="21"/>
              </w:rPr>
              <w:t>Relokasi</w:t>
            </w:r>
            <w:proofErr w:type="spellEnd"/>
            <w:r w:rsidRPr="00740757">
              <w:rPr>
                <w:rFonts w:ascii="游明朝" w:eastAsia="游明朝" w:hAnsi="游明朝"/>
                <w:b/>
                <w:sz w:val="21"/>
                <w:szCs w:val="21"/>
              </w:rPr>
              <w:t xml:space="preserve"> </w:t>
            </w:r>
            <w:r w:rsidR="0042030C" w:rsidRPr="00740757">
              <w:rPr>
                <w:rFonts w:ascii="游明朝" w:eastAsia="游明朝" w:hAnsi="游明朝" w:hint="eastAsia"/>
                <w:b/>
                <w:sz w:val="21"/>
                <w:szCs w:val="21"/>
                <w:lang w:eastAsia="ja-JP"/>
              </w:rPr>
              <w:t>Venue dan Booth</w:t>
            </w:r>
          </w:p>
          <w:p w14:paraId="64E8066B" w14:textId="53934020"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merelokasi</w:t>
            </w:r>
            <w:proofErr w:type="spellEnd"/>
            <w:r w:rsidRPr="00740757">
              <w:rPr>
                <w:rFonts w:ascii="游明朝" w:eastAsia="游明朝" w:hAnsi="游明朝"/>
                <w:bCs/>
                <w:sz w:val="21"/>
                <w:szCs w:val="21"/>
              </w:rPr>
              <w:t xml:space="preserve"> </w:t>
            </w:r>
            <w:r w:rsidR="0042030C" w:rsidRPr="00740757">
              <w:rPr>
                <w:rFonts w:ascii="游明朝" w:eastAsia="游明朝" w:hAnsi="游明朝" w:hint="eastAsia"/>
                <w:bCs/>
                <w:sz w:val="21"/>
                <w:szCs w:val="21"/>
                <w:lang w:eastAsia="ja-JP"/>
              </w:rPr>
              <w:t>venue dan booth</w:t>
            </w:r>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karena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kebutuhan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teknis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keamanan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kapasitas</w:t>
            </w:r>
            <w:proofErr w:type="spellEnd"/>
            <w:r w:rsidRPr="00740757">
              <w:rPr>
                <w:rFonts w:ascii="游明朝" w:eastAsia="游明朝" w:hAnsi="游明朝"/>
                <w:bCs/>
                <w:sz w:val="21"/>
                <w:szCs w:val="21"/>
              </w:rPr>
              <w:t xml:space="preserve">, atau </w:t>
            </w:r>
            <w:proofErr w:type="spellStart"/>
            <w:r w:rsidRPr="00740757">
              <w:rPr>
                <w:rFonts w:ascii="游明朝" w:eastAsia="游明朝" w:hAnsi="游明朝"/>
                <w:bCs/>
                <w:sz w:val="21"/>
                <w:szCs w:val="21"/>
              </w:rPr>
              <w:t>instruksi</w:t>
            </w:r>
            <w:proofErr w:type="spellEnd"/>
            <w:r w:rsidRPr="00740757">
              <w:rPr>
                <w:rFonts w:ascii="游明朝" w:eastAsia="游明朝" w:hAnsi="游明朝"/>
                <w:bCs/>
                <w:sz w:val="21"/>
                <w:szCs w:val="21"/>
              </w:rPr>
              <w:t xml:space="preserve"> venue dan </w:t>
            </w:r>
            <w:proofErr w:type="spellStart"/>
            <w:r w:rsidRPr="00740757">
              <w:rPr>
                <w:rFonts w:ascii="游明朝" w:eastAsia="游明朝" w:hAnsi="游明朝"/>
                <w:bCs/>
                <w:sz w:val="21"/>
                <w:szCs w:val="21"/>
              </w:rPr>
              <w:t>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mengupayakan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lokasi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pengganti</w:t>
            </w:r>
            <w:proofErr w:type="spellEnd"/>
            <w:r w:rsidRPr="00740757">
              <w:rPr>
                <w:rFonts w:ascii="游明朝" w:eastAsia="游明朝" w:hAnsi="游明朝"/>
                <w:bCs/>
                <w:sz w:val="21"/>
                <w:szCs w:val="21"/>
              </w:rPr>
              <w:t xml:space="preserve"> dengan </w:t>
            </w:r>
            <w:proofErr w:type="spellStart"/>
            <w:r w:rsidRPr="00740757">
              <w:rPr>
                <w:rFonts w:ascii="游明朝" w:eastAsia="游明朝" w:hAnsi="游明朝"/>
                <w:bCs/>
                <w:sz w:val="21"/>
                <w:szCs w:val="21"/>
              </w:rPr>
              <w:t>kategori</w:t>
            </w:r>
            <w:proofErr w:type="spellEnd"/>
            <w:r w:rsidRPr="00740757">
              <w:rPr>
                <w:rFonts w:ascii="游明朝" w:eastAsia="游明朝" w:hAnsi="游明朝"/>
                <w:bCs/>
                <w:sz w:val="21"/>
                <w:szCs w:val="21"/>
              </w:rPr>
              <w:t xml:space="preserve"> atau </w:t>
            </w:r>
            <w:proofErr w:type="spellStart"/>
            <w:r w:rsidRPr="00740757">
              <w:rPr>
                <w:rFonts w:ascii="游明朝" w:eastAsia="游明朝" w:hAnsi="游明朝"/>
                <w:bCs/>
                <w:sz w:val="21"/>
                <w:szCs w:val="21"/>
              </w:rPr>
              <w:t>nilai</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setara</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1508C7E7"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11. Venue and Booth Relocation</w:t>
            </w:r>
          </w:p>
          <w:p w14:paraId="0CE995CE"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The Organizer reserves the right to relocate the venue and/or exhibition booths where required for operational, technical, safety, venue, or capacity reasons.</w:t>
            </w:r>
          </w:p>
          <w:p w14:paraId="4441E8F0" w14:textId="0C3C4978"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Where practicable, the Organizer shall provide an alternative booth location of comparable category and commercial value.</w:t>
            </w:r>
          </w:p>
        </w:tc>
      </w:tr>
      <w:tr w:rsidR="00BF4B43" w:rsidRPr="00740757" w14:paraId="40FEF880" w14:textId="77777777" w:rsidTr="00A71330">
        <w:trPr>
          <w:jc w:val="center"/>
        </w:trPr>
        <w:tc>
          <w:tcPr>
            <w:tcW w:w="5102" w:type="dxa"/>
            <w:tcMar>
              <w:top w:w="100" w:type="dxa"/>
              <w:left w:w="80" w:type="dxa"/>
              <w:bottom w:w="100" w:type="dxa"/>
              <w:right w:w="80" w:type="dxa"/>
            </w:tcMar>
          </w:tcPr>
          <w:p w14:paraId="119501B4"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12. </w:t>
            </w:r>
            <w:proofErr w:type="spellStart"/>
            <w:r w:rsidRPr="00740757">
              <w:rPr>
                <w:rFonts w:ascii="游明朝" w:eastAsia="游明朝" w:hAnsi="游明朝"/>
                <w:b/>
                <w:sz w:val="21"/>
                <w:szCs w:val="21"/>
              </w:rPr>
              <w:t>Penggunaan</w:t>
            </w:r>
            <w:proofErr w:type="spellEnd"/>
            <w:r w:rsidRPr="00740757">
              <w:rPr>
                <w:rFonts w:ascii="游明朝" w:eastAsia="游明朝" w:hAnsi="游明朝"/>
                <w:b/>
                <w:sz w:val="21"/>
                <w:szCs w:val="21"/>
              </w:rPr>
              <w:t xml:space="preserve"> Merek dan </w:t>
            </w:r>
            <w:proofErr w:type="spellStart"/>
            <w:r w:rsidRPr="00740757">
              <w:rPr>
                <w:rFonts w:ascii="游明朝" w:eastAsia="游明朝" w:hAnsi="游明朝"/>
                <w:b/>
                <w:sz w:val="21"/>
                <w:szCs w:val="21"/>
              </w:rPr>
              <w:t>Dokumentasi</w:t>
            </w:r>
            <w:proofErr w:type="spellEnd"/>
          </w:p>
          <w:p w14:paraId="1C6F0A9E"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Penggunaan</w:t>
            </w:r>
            <w:proofErr w:type="spellEnd"/>
            <w:r w:rsidRPr="00740757">
              <w:rPr>
                <w:rFonts w:ascii="游明朝" w:eastAsia="游明朝" w:hAnsi="游明朝"/>
                <w:bCs/>
                <w:sz w:val="21"/>
                <w:szCs w:val="21"/>
              </w:rPr>
              <w:t xml:space="preserve"> nama, logo, </w:t>
            </w:r>
            <w:proofErr w:type="spellStart"/>
            <w:r w:rsidRPr="00740757">
              <w:rPr>
                <w:rFonts w:ascii="游明朝" w:eastAsia="游明朝" w:hAnsi="游明朝"/>
                <w:bCs/>
                <w:sz w:val="21"/>
                <w:szCs w:val="21"/>
              </w:rPr>
              <w:t>materi</w:t>
            </w:r>
            <w:proofErr w:type="spellEnd"/>
            <w:r w:rsidRPr="00740757">
              <w:rPr>
                <w:rFonts w:ascii="游明朝" w:eastAsia="游明朝" w:hAnsi="游明朝"/>
                <w:bCs/>
                <w:sz w:val="21"/>
                <w:szCs w:val="21"/>
              </w:rPr>
              <w:t xml:space="preserve">, foto, atau </w:t>
            </w:r>
            <w:proofErr w:type="spellStart"/>
            <w:r w:rsidRPr="00740757">
              <w:rPr>
                <w:rFonts w:ascii="游明朝" w:eastAsia="游明朝" w:hAnsi="游明朝"/>
                <w:bCs/>
                <w:sz w:val="21"/>
                <w:szCs w:val="21"/>
              </w:rPr>
              <w:t>identitas</w:t>
            </w:r>
            <w:proofErr w:type="spellEnd"/>
            <w:r w:rsidRPr="00740757">
              <w:rPr>
                <w:rFonts w:ascii="游明朝" w:eastAsia="游明朝" w:hAnsi="游明朝"/>
                <w:bCs/>
                <w:sz w:val="21"/>
                <w:szCs w:val="21"/>
              </w:rPr>
              <w:t xml:space="preserve"> SWAM </w:t>
            </w:r>
            <w:proofErr w:type="spellStart"/>
            <w:r w:rsidRPr="00740757">
              <w:rPr>
                <w:rFonts w:ascii="游明朝" w:eastAsia="游明朝" w:hAnsi="游明朝"/>
                <w:bCs/>
                <w:sz w:val="21"/>
                <w:szCs w:val="21"/>
              </w:rPr>
              <w:t>wajib</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persetujuan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tertulis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dari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Sponsor </w:t>
            </w:r>
            <w:proofErr w:type="spellStart"/>
            <w:r w:rsidRPr="00740757">
              <w:rPr>
                <w:rFonts w:ascii="游明朝" w:eastAsia="游明朝" w:hAnsi="游明朝"/>
                <w:bCs/>
                <w:sz w:val="21"/>
                <w:szCs w:val="21"/>
              </w:rPr>
              <w:t>memberikan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izin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kepada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untuk </w:t>
            </w:r>
            <w:proofErr w:type="spellStart"/>
            <w:r w:rsidRPr="00740757">
              <w:rPr>
                <w:rFonts w:ascii="游明朝" w:eastAsia="游明朝" w:hAnsi="游明朝"/>
                <w:bCs/>
                <w:sz w:val="21"/>
                <w:szCs w:val="21"/>
              </w:rPr>
              <w:t>menggunakan</w:t>
            </w:r>
            <w:proofErr w:type="spellEnd"/>
            <w:r w:rsidRPr="00740757">
              <w:rPr>
                <w:rFonts w:ascii="游明朝" w:eastAsia="游明朝" w:hAnsi="游明朝"/>
                <w:bCs/>
                <w:sz w:val="21"/>
                <w:szCs w:val="21"/>
              </w:rPr>
              <w:t xml:space="preserve"> nama dan logo Sponsor untuk </w:t>
            </w:r>
            <w:proofErr w:type="spellStart"/>
            <w:r w:rsidRPr="00740757">
              <w:rPr>
                <w:rFonts w:ascii="游明朝" w:eastAsia="游明朝" w:hAnsi="游明朝"/>
                <w:bCs/>
                <w:sz w:val="21"/>
                <w:szCs w:val="21"/>
              </w:rPr>
              <w:t>promosi</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dokumentasi</w:t>
            </w:r>
            <w:proofErr w:type="spellEnd"/>
            <w:r w:rsidRPr="00740757">
              <w:rPr>
                <w:rFonts w:ascii="游明朝" w:eastAsia="游明朝" w:hAnsi="游明朝"/>
                <w:bCs/>
                <w:sz w:val="21"/>
                <w:szCs w:val="21"/>
              </w:rPr>
              <w:t xml:space="preserve"> acara </w:t>
            </w:r>
            <w:proofErr w:type="spellStart"/>
            <w:r w:rsidRPr="00740757">
              <w:rPr>
                <w:rFonts w:ascii="游明朝" w:eastAsia="游明朝" w:hAnsi="游明朝"/>
                <w:bCs/>
                <w:sz w:val="21"/>
                <w:szCs w:val="21"/>
              </w:rPr>
              <w:t>sesuai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paket</w:t>
            </w:r>
            <w:proofErr w:type="spellEnd"/>
            <w:r w:rsidRPr="00740757">
              <w:rPr>
                <w:rFonts w:ascii="游明朝" w:eastAsia="游明朝" w:hAnsi="游明朝"/>
                <w:bCs/>
                <w:sz w:val="21"/>
                <w:szCs w:val="21"/>
              </w:rPr>
              <w:t xml:space="preserve"> yang </w:t>
            </w:r>
            <w:proofErr w:type="spellStart"/>
            <w:r w:rsidRPr="00740757">
              <w:rPr>
                <w:rFonts w:ascii="游明朝" w:eastAsia="游明朝" w:hAnsi="游明朝"/>
                <w:bCs/>
                <w:sz w:val="21"/>
                <w:szCs w:val="21"/>
              </w:rPr>
              <w:t>disepakati</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3A8B5894"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12. Use of Trademarks and Event Documentation</w:t>
            </w:r>
          </w:p>
          <w:p w14:paraId="0ED201B5"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The Sponsor shall not use the name, logo, trademarks, branding materials, photographs, or other intellectual property belonging to SWAM without the Organizer's prior written approval.</w:t>
            </w:r>
          </w:p>
          <w:p w14:paraId="4F02FF0A" w14:textId="6C3091B0"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The Sponsor grants the Organizer a non-exclusive, royalty-free right to use the Sponsor's name, logo, trademarks, and promotional materials for event marketing, publicity, documentation, and post-event reporting in accordance with the sponsorship package purchased.</w:t>
            </w:r>
          </w:p>
        </w:tc>
      </w:tr>
      <w:tr w:rsidR="00BF4B43" w:rsidRPr="00740757" w14:paraId="20E6B2FC" w14:textId="77777777" w:rsidTr="00A71330">
        <w:trPr>
          <w:jc w:val="center"/>
        </w:trPr>
        <w:tc>
          <w:tcPr>
            <w:tcW w:w="5102" w:type="dxa"/>
            <w:tcMar>
              <w:top w:w="100" w:type="dxa"/>
              <w:left w:w="80" w:type="dxa"/>
              <w:bottom w:w="100" w:type="dxa"/>
              <w:right w:w="80" w:type="dxa"/>
            </w:tcMar>
          </w:tcPr>
          <w:p w14:paraId="1090267D"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13. Data </w:t>
            </w:r>
            <w:proofErr w:type="spellStart"/>
            <w:r w:rsidRPr="00740757">
              <w:rPr>
                <w:rFonts w:ascii="游明朝" w:eastAsia="游明朝" w:hAnsi="游明朝"/>
                <w:b/>
                <w:sz w:val="21"/>
                <w:szCs w:val="21"/>
              </w:rPr>
              <w:t>Pribadi</w:t>
            </w:r>
            <w:proofErr w:type="spellEnd"/>
          </w:p>
          <w:p w14:paraId="052130AD"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Sponsor </w:t>
            </w:r>
            <w:proofErr w:type="spellStart"/>
            <w:r w:rsidRPr="00740757">
              <w:rPr>
                <w:rFonts w:ascii="游明朝" w:eastAsia="游明朝" w:hAnsi="游明朝"/>
                <w:bCs/>
                <w:sz w:val="21"/>
                <w:szCs w:val="21"/>
              </w:rPr>
              <w:t>menyetujui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penggunaan</w:t>
            </w:r>
            <w:proofErr w:type="spellEnd"/>
            <w:r w:rsidRPr="00740757">
              <w:rPr>
                <w:rFonts w:ascii="游明朝" w:eastAsia="游明朝" w:hAnsi="游明朝"/>
                <w:bCs/>
                <w:sz w:val="21"/>
                <w:szCs w:val="21"/>
              </w:rPr>
              <w:t xml:space="preserve"> data yang </w:t>
            </w:r>
            <w:proofErr w:type="spellStart"/>
            <w:r w:rsidRPr="00740757">
              <w:rPr>
                <w:rFonts w:ascii="游明朝" w:eastAsia="游明朝" w:hAnsi="游明朝"/>
                <w:bCs/>
                <w:sz w:val="21"/>
                <w:szCs w:val="21"/>
              </w:rPr>
              <w:t>diberikan</w:t>
            </w:r>
            <w:proofErr w:type="spellEnd"/>
            <w:r w:rsidRPr="00740757">
              <w:rPr>
                <w:rFonts w:ascii="游明朝" w:eastAsia="游明朝" w:hAnsi="游明朝"/>
                <w:bCs/>
                <w:sz w:val="21"/>
                <w:szCs w:val="21"/>
              </w:rPr>
              <w:t xml:space="preserve"> untuk </w:t>
            </w:r>
            <w:proofErr w:type="spellStart"/>
            <w:r w:rsidRPr="00740757">
              <w:rPr>
                <w:rFonts w:ascii="游明朝" w:eastAsia="游明朝" w:hAnsi="游明朝"/>
                <w:bCs/>
                <w:sz w:val="21"/>
                <w:szCs w:val="21"/>
              </w:rPr>
              <w:t>keperluan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administrasi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komunikasi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pembayaran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keamanan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dokumentasi</w:t>
            </w:r>
            <w:proofErr w:type="spellEnd"/>
            <w:r w:rsidRPr="00740757">
              <w:rPr>
                <w:rFonts w:ascii="游明朝" w:eastAsia="游明朝" w:hAnsi="游明朝"/>
                <w:bCs/>
                <w:sz w:val="21"/>
                <w:szCs w:val="21"/>
              </w:rPr>
              <w:t xml:space="preserve">, dan </w:t>
            </w:r>
            <w:proofErr w:type="spellStart"/>
            <w:r w:rsidRPr="00740757">
              <w:rPr>
                <w:rFonts w:ascii="游明朝" w:eastAsia="游明朝" w:hAnsi="游明朝"/>
                <w:bCs/>
                <w:sz w:val="21"/>
                <w:szCs w:val="21"/>
              </w:rPr>
              <w:t>pelaksanaan</w:t>
            </w:r>
            <w:proofErr w:type="spellEnd"/>
            <w:r w:rsidRPr="00740757">
              <w:rPr>
                <w:rFonts w:ascii="游明朝" w:eastAsia="游明朝" w:hAnsi="游明朝"/>
                <w:bCs/>
                <w:sz w:val="21"/>
                <w:szCs w:val="21"/>
              </w:rPr>
              <w:t xml:space="preserve"> acara </w:t>
            </w:r>
            <w:proofErr w:type="spellStart"/>
            <w:r w:rsidRPr="00740757">
              <w:rPr>
                <w:rFonts w:ascii="游明朝" w:eastAsia="游明朝" w:hAnsi="游明朝"/>
                <w:bCs/>
                <w:sz w:val="21"/>
                <w:szCs w:val="21"/>
              </w:rPr>
              <w:t>sesuai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perlindungan</w:t>
            </w:r>
            <w:proofErr w:type="spellEnd"/>
            <w:r w:rsidRPr="00740757">
              <w:rPr>
                <w:rFonts w:ascii="游明朝" w:eastAsia="游明朝" w:hAnsi="游明朝"/>
                <w:bCs/>
                <w:sz w:val="21"/>
                <w:szCs w:val="21"/>
              </w:rPr>
              <w:t xml:space="preserve"> data yang </w:t>
            </w:r>
            <w:proofErr w:type="spellStart"/>
            <w:r w:rsidRPr="00740757">
              <w:rPr>
                <w:rFonts w:ascii="游明朝" w:eastAsia="游明朝" w:hAnsi="游明朝"/>
                <w:bCs/>
                <w:sz w:val="21"/>
                <w:szCs w:val="21"/>
              </w:rPr>
              <w:t>berlaku</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777677D3"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13. Personal Data</w:t>
            </w:r>
          </w:p>
          <w:p w14:paraId="0C6885EE" w14:textId="0B6A52EC"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The Sponsor consents to the collection, processing, storage, and use of its personal and corporate data for purposes including, but not limited to, event administration, payment processing, communications, security, documentation, marketing related to the event, and compliance with applicable data protection laws and regulations.</w:t>
            </w:r>
          </w:p>
        </w:tc>
      </w:tr>
      <w:tr w:rsidR="00BF4B43" w:rsidRPr="00740757" w14:paraId="581C05E1" w14:textId="77777777" w:rsidTr="00A71330">
        <w:trPr>
          <w:jc w:val="center"/>
        </w:trPr>
        <w:tc>
          <w:tcPr>
            <w:tcW w:w="5102" w:type="dxa"/>
            <w:tcMar>
              <w:top w:w="100" w:type="dxa"/>
              <w:left w:w="80" w:type="dxa"/>
              <w:bottom w:w="100" w:type="dxa"/>
              <w:right w:w="80" w:type="dxa"/>
            </w:tcMar>
          </w:tcPr>
          <w:p w14:paraId="4D6D37E0"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lastRenderedPageBreak/>
              <w:t xml:space="preserve">14. </w:t>
            </w:r>
            <w:proofErr w:type="spellStart"/>
            <w:r w:rsidRPr="00740757">
              <w:rPr>
                <w:rFonts w:ascii="游明朝" w:eastAsia="游明朝" w:hAnsi="游明朝"/>
                <w:b/>
                <w:sz w:val="21"/>
                <w:szCs w:val="21"/>
              </w:rPr>
              <w:t>Sanksi</w:t>
            </w:r>
            <w:proofErr w:type="spellEnd"/>
            <w:r w:rsidRPr="00740757">
              <w:rPr>
                <w:rFonts w:ascii="游明朝" w:eastAsia="游明朝" w:hAnsi="游明朝"/>
                <w:b/>
                <w:sz w:val="21"/>
                <w:szCs w:val="21"/>
              </w:rPr>
              <w:t xml:space="preserve"> dan </w:t>
            </w:r>
            <w:proofErr w:type="spellStart"/>
            <w:r w:rsidRPr="00740757">
              <w:rPr>
                <w:rFonts w:ascii="游明朝" w:eastAsia="游明朝" w:hAnsi="游明朝"/>
                <w:b/>
                <w:sz w:val="21"/>
                <w:szCs w:val="21"/>
              </w:rPr>
              <w:t>Pembatasan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Kepesertaan</w:t>
            </w:r>
            <w:proofErr w:type="spellEnd"/>
          </w:p>
          <w:p w14:paraId="72056D68"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Sponsor yang </w:t>
            </w:r>
            <w:proofErr w:type="spellStart"/>
            <w:r w:rsidRPr="00740757">
              <w:rPr>
                <w:rFonts w:ascii="游明朝" w:eastAsia="游明朝" w:hAnsi="游明朝"/>
                <w:bCs/>
                <w:sz w:val="21"/>
                <w:szCs w:val="21"/>
              </w:rPr>
              <w:t>melanggar</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legalitas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produk</w:t>
            </w:r>
            <w:proofErr w:type="spellEnd"/>
            <w:r w:rsidRPr="00740757">
              <w:rPr>
                <w:rFonts w:ascii="游明朝" w:eastAsia="游明朝" w:hAnsi="游明朝"/>
                <w:bCs/>
                <w:sz w:val="21"/>
                <w:szCs w:val="21"/>
              </w:rPr>
              <w:t xml:space="preserve"> atau </w:t>
            </w:r>
            <w:proofErr w:type="spellStart"/>
            <w:r w:rsidRPr="00740757">
              <w:rPr>
                <w:rFonts w:ascii="游明朝" w:eastAsia="游明朝" w:hAnsi="游明朝"/>
                <w:bCs/>
                <w:sz w:val="21"/>
                <w:szCs w:val="21"/>
              </w:rPr>
              <w:t>ketentuan</w:t>
            </w:r>
            <w:proofErr w:type="spellEnd"/>
            <w:r w:rsidRPr="00740757">
              <w:rPr>
                <w:rFonts w:ascii="游明朝" w:eastAsia="游明朝" w:hAnsi="游明朝"/>
                <w:bCs/>
                <w:sz w:val="21"/>
                <w:szCs w:val="21"/>
              </w:rPr>
              <w:t xml:space="preserve"> acara </w:t>
            </w:r>
            <w:proofErr w:type="spellStart"/>
            <w:r w:rsidRPr="00740757">
              <w:rPr>
                <w:rFonts w:ascii="游明朝" w:eastAsia="游明朝" w:hAnsi="游明朝"/>
                <w:bCs/>
                <w:sz w:val="21"/>
                <w:szCs w:val="21"/>
              </w:rPr>
              <w:t>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dilarang</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mengikuti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seluruh</w:t>
            </w:r>
            <w:proofErr w:type="spellEnd"/>
            <w:r w:rsidRPr="00740757">
              <w:rPr>
                <w:rFonts w:ascii="游明朝" w:eastAsia="游明朝" w:hAnsi="游明朝"/>
                <w:bCs/>
                <w:sz w:val="21"/>
                <w:szCs w:val="21"/>
              </w:rPr>
              <w:t xml:space="preserve"> acara SWAM </w:t>
            </w:r>
            <w:proofErr w:type="spellStart"/>
            <w:r w:rsidRPr="00740757">
              <w:rPr>
                <w:rFonts w:ascii="游明朝" w:eastAsia="游明朝" w:hAnsi="游明朝"/>
                <w:bCs/>
                <w:sz w:val="21"/>
                <w:szCs w:val="21"/>
              </w:rPr>
              <w:t>sampai</w:t>
            </w:r>
            <w:proofErr w:type="spellEnd"/>
            <w:r w:rsidRPr="00740757">
              <w:rPr>
                <w:rFonts w:ascii="游明朝" w:eastAsia="游明朝" w:hAnsi="游明朝"/>
                <w:bCs/>
                <w:sz w:val="21"/>
                <w:szCs w:val="21"/>
              </w:rPr>
              <w:t xml:space="preserve"> dengan 12 (dua </w:t>
            </w:r>
            <w:proofErr w:type="spellStart"/>
            <w:r w:rsidRPr="00740757">
              <w:rPr>
                <w:rFonts w:ascii="游明朝" w:eastAsia="游明朝" w:hAnsi="游明朝"/>
                <w:bCs/>
                <w:sz w:val="21"/>
                <w:szCs w:val="21"/>
              </w:rPr>
              <w:t>belas</w:t>
            </w:r>
            <w:proofErr w:type="spellEnd"/>
            <w:r w:rsidRPr="00740757">
              <w:rPr>
                <w:rFonts w:ascii="游明朝" w:eastAsia="游明朝" w:hAnsi="游明朝"/>
                <w:bCs/>
                <w:sz w:val="21"/>
                <w:szCs w:val="21"/>
              </w:rPr>
              <w:t xml:space="preserve">) bulan </w:t>
            </w:r>
            <w:proofErr w:type="spellStart"/>
            <w:r w:rsidRPr="00740757">
              <w:rPr>
                <w:rFonts w:ascii="游明朝" w:eastAsia="游明朝" w:hAnsi="游明朝"/>
                <w:bCs/>
                <w:sz w:val="21"/>
                <w:szCs w:val="21"/>
              </w:rPr>
              <w:t>sejak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pelanggaran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tanpa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mengurangi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Penyelenggara</w:t>
            </w:r>
            <w:proofErr w:type="spellEnd"/>
            <w:r w:rsidRPr="00740757">
              <w:rPr>
                <w:rFonts w:ascii="游明朝" w:eastAsia="游明朝" w:hAnsi="游明朝"/>
                <w:bCs/>
                <w:sz w:val="21"/>
                <w:szCs w:val="21"/>
              </w:rPr>
              <w:t xml:space="preserve"> untuk </w:t>
            </w:r>
            <w:proofErr w:type="spellStart"/>
            <w:r w:rsidRPr="00740757">
              <w:rPr>
                <w:rFonts w:ascii="游明朝" w:eastAsia="游明朝" w:hAnsi="游明朝"/>
                <w:bCs/>
                <w:sz w:val="21"/>
                <w:szCs w:val="21"/>
              </w:rPr>
              <w:t>menuntut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ganti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rugi</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017F2B21"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14. Sanctions and Restriction of Participation</w:t>
            </w:r>
          </w:p>
          <w:p w14:paraId="06A637E1"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Sponsors found to have violated applicable laws, product legality requirements, intellectual property rights, event policies, or these Terms and Conditions may be prohibited from participating in any SWAM event for a period of up to twelve (12) months from the date of such violation.</w:t>
            </w:r>
          </w:p>
          <w:p w14:paraId="08F91EB7" w14:textId="18976758"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Such restriction shall be without prejudice to the Organizer's right to claim damages or pursue any other legal remedies available under applicable law.</w:t>
            </w:r>
          </w:p>
        </w:tc>
      </w:tr>
      <w:tr w:rsidR="00BF4B43" w:rsidRPr="00740757" w14:paraId="6652B93B" w14:textId="77777777" w:rsidTr="00A71330">
        <w:trPr>
          <w:jc w:val="center"/>
        </w:trPr>
        <w:tc>
          <w:tcPr>
            <w:tcW w:w="5102" w:type="dxa"/>
            <w:tcMar>
              <w:top w:w="100" w:type="dxa"/>
              <w:left w:w="80" w:type="dxa"/>
              <w:bottom w:w="100" w:type="dxa"/>
              <w:right w:w="80" w:type="dxa"/>
            </w:tcMar>
          </w:tcPr>
          <w:p w14:paraId="461A79CE"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 xml:space="preserve">15. Hukum yang </w:t>
            </w:r>
            <w:proofErr w:type="spellStart"/>
            <w:r w:rsidRPr="00740757">
              <w:rPr>
                <w:rFonts w:ascii="游明朝" w:eastAsia="游明朝" w:hAnsi="游明朝"/>
                <w:b/>
                <w:sz w:val="21"/>
                <w:szCs w:val="21"/>
              </w:rPr>
              <w:t>Berlaku</w:t>
            </w:r>
            <w:proofErr w:type="spellEnd"/>
            <w:r w:rsidRPr="00740757">
              <w:rPr>
                <w:rFonts w:ascii="游明朝" w:eastAsia="游明朝" w:hAnsi="游明朝"/>
                <w:b/>
                <w:sz w:val="21"/>
                <w:szCs w:val="21"/>
              </w:rPr>
              <w:t xml:space="preserve"> dan </w:t>
            </w:r>
            <w:proofErr w:type="spellStart"/>
            <w:r w:rsidRPr="00740757">
              <w:rPr>
                <w:rFonts w:ascii="游明朝" w:eastAsia="游明朝" w:hAnsi="游明朝"/>
                <w:b/>
                <w:sz w:val="21"/>
                <w:szCs w:val="21"/>
              </w:rPr>
              <w:t>Penyelesaian</w:t>
            </w:r>
            <w:proofErr w:type="spellEnd"/>
            <w:r w:rsidRPr="00740757">
              <w:rPr>
                <w:rFonts w:ascii="游明朝" w:eastAsia="游明朝" w:hAnsi="游明朝"/>
                <w:b/>
                <w:sz w:val="21"/>
                <w:szCs w:val="21"/>
              </w:rPr>
              <w:t xml:space="preserve"> </w:t>
            </w:r>
            <w:proofErr w:type="spellStart"/>
            <w:r w:rsidRPr="00740757">
              <w:rPr>
                <w:rFonts w:ascii="游明朝" w:eastAsia="游明朝" w:hAnsi="游明朝"/>
                <w:b/>
                <w:sz w:val="21"/>
                <w:szCs w:val="21"/>
              </w:rPr>
              <w:t>Sengketa</w:t>
            </w:r>
            <w:proofErr w:type="spellEnd"/>
          </w:p>
          <w:p w14:paraId="00BFB15A"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Dokumen</w:t>
            </w:r>
            <w:proofErr w:type="spellEnd"/>
            <w:r w:rsidRPr="00740757">
              <w:rPr>
                <w:rFonts w:ascii="游明朝" w:eastAsia="游明朝" w:hAnsi="游明朝"/>
                <w:bCs/>
                <w:sz w:val="21"/>
                <w:szCs w:val="21"/>
              </w:rPr>
              <w:t xml:space="preserve"> ini </w:t>
            </w:r>
            <w:proofErr w:type="spellStart"/>
            <w:r w:rsidRPr="00740757">
              <w:rPr>
                <w:rFonts w:ascii="游明朝" w:eastAsia="游明朝" w:hAnsi="游明朝"/>
                <w:bCs/>
                <w:sz w:val="21"/>
                <w:szCs w:val="21"/>
              </w:rPr>
              <w:t>tunduk</w:t>
            </w:r>
            <w:proofErr w:type="spellEnd"/>
            <w:r w:rsidRPr="00740757">
              <w:rPr>
                <w:rFonts w:ascii="游明朝" w:eastAsia="游明朝" w:hAnsi="游明朝"/>
                <w:bCs/>
                <w:sz w:val="21"/>
                <w:szCs w:val="21"/>
              </w:rPr>
              <w:t xml:space="preserve"> pada </w:t>
            </w:r>
            <w:proofErr w:type="spellStart"/>
            <w:r w:rsidRPr="00740757">
              <w:rPr>
                <w:rFonts w:ascii="游明朝" w:eastAsia="游明朝" w:hAnsi="游明朝"/>
                <w:bCs/>
                <w:sz w:val="21"/>
                <w:szCs w:val="21"/>
              </w:rPr>
              <w:t>hukum</w:t>
            </w:r>
            <w:proofErr w:type="spellEnd"/>
            <w:r w:rsidRPr="00740757">
              <w:rPr>
                <w:rFonts w:ascii="游明朝" w:eastAsia="游明朝" w:hAnsi="游明朝"/>
                <w:bCs/>
                <w:sz w:val="21"/>
                <w:szCs w:val="21"/>
              </w:rPr>
              <w:t xml:space="preserve"> Republik Indonesia. </w:t>
            </w:r>
            <w:proofErr w:type="spellStart"/>
            <w:r w:rsidRPr="00740757">
              <w:rPr>
                <w:rFonts w:ascii="游明朝" w:eastAsia="游明朝" w:hAnsi="游明朝"/>
                <w:bCs/>
                <w:sz w:val="21"/>
                <w:szCs w:val="21"/>
              </w:rPr>
              <w:t>Setiap</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sengketa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terlebih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dahulu</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diselesaikan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melalui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musyawarah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tidak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tercapai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kesepakatan</w:t>
            </w:r>
            <w:proofErr w:type="spellEnd"/>
            <w:r w:rsidRPr="00740757">
              <w:rPr>
                <w:rFonts w:ascii="游明朝" w:eastAsia="游明朝" w:hAnsi="游明朝"/>
                <w:bCs/>
                <w:sz w:val="21"/>
                <w:szCs w:val="21"/>
              </w:rPr>
              <w:t xml:space="preserve">, para </w:t>
            </w:r>
            <w:proofErr w:type="spellStart"/>
            <w:r w:rsidRPr="00740757">
              <w:rPr>
                <w:rFonts w:ascii="游明朝" w:eastAsia="游明朝" w:hAnsi="游明朝"/>
                <w:bCs/>
                <w:sz w:val="21"/>
                <w:szCs w:val="21"/>
              </w:rPr>
              <w:t>pihak</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memilih</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domisili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hukum</w:t>
            </w:r>
            <w:proofErr w:type="spellEnd"/>
            <w:r w:rsidRPr="00740757">
              <w:rPr>
                <w:rFonts w:ascii="游明朝" w:eastAsia="游明朝" w:hAnsi="游明朝"/>
                <w:bCs/>
                <w:sz w:val="21"/>
                <w:szCs w:val="21"/>
              </w:rPr>
              <w:t xml:space="preserve"> pada </w:t>
            </w:r>
            <w:proofErr w:type="spellStart"/>
            <w:r w:rsidRPr="00740757">
              <w:rPr>
                <w:rFonts w:ascii="游明朝" w:eastAsia="游明朝" w:hAnsi="游明朝"/>
                <w:bCs/>
                <w:sz w:val="21"/>
                <w:szCs w:val="21"/>
              </w:rPr>
              <w:t>Pengadilan</w:t>
            </w:r>
            <w:proofErr w:type="spellEnd"/>
            <w:r w:rsidRPr="00740757">
              <w:rPr>
                <w:rFonts w:ascii="游明朝" w:eastAsia="游明朝" w:hAnsi="游明朝"/>
                <w:bCs/>
                <w:sz w:val="21"/>
                <w:szCs w:val="21"/>
              </w:rPr>
              <w:t xml:space="preserve"> Negeri Surabaya, </w:t>
            </w:r>
            <w:proofErr w:type="spellStart"/>
            <w:r w:rsidRPr="00740757">
              <w:rPr>
                <w:rFonts w:ascii="游明朝" w:eastAsia="游明朝" w:hAnsi="游明朝"/>
                <w:bCs/>
                <w:sz w:val="21"/>
                <w:szCs w:val="21"/>
              </w:rPr>
              <w:t>kecuali</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disepakati</w:t>
            </w:r>
            <w:proofErr w:type="spellEnd"/>
            <w:r w:rsidRPr="00740757">
              <w:rPr>
                <w:rFonts w:ascii="游明朝" w:eastAsia="游明朝" w:hAnsi="游明朝"/>
                <w:bCs/>
                <w:sz w:val="21"/>
                <w:szCs w:val="21"/>
              </w:rPr>
              <w:t xml:space="preserve"> lain </w:t>
            </w:r>
            <w:proofErr w:type="spellStart"/>
            <w:r w:rsidRPr="00740757">
              <w:rPr>
                <w:rFonts w:ascii="游明朝" w:eastAsia="游明朝" w:hAnsi="游明朝"/>
                <w:bCs/>
                <w:sz w:val="21"/>
                <w:szCs w:val="21"/>
              </w:rPr>
              <w:t>secara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tertulis</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75442150"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15. Governing Law and Dispute Resolution</w:t>
            </w:r>
          </w:p>
          <w:p w14:paraId="51BEF5B2"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These Terms and Conditions shall be governed by and construed in accordance with the laws of the Republic of Indonesia.</w:t>
            </w:r>
          </w:p>
          <w:p w14:paraId="25E47C6A"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Any dispute arising out of or in connection with these Terms and Conditions shall first be resolved amicably through good-faith negotiations.</w:t>
            </w:r>
          </w:p>
          <w:p w14:paraId="7CCD2D60" w14:textId="242FA8BC"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If no settlement is reached, the Parties irrevocably submit to the exclusive jurisdiction of the District Court of Surabaya (</w:t>
            </w:r>
            <w:proofErr w:type="spellStart"/>
            <w:r w:rsidRPr="00740757">
              <w:rPr>
                <w:rFonts w:ascii="游明朝" w:eastAsia="游明朝" w:hAnsi="游明朝"/>
                <w:bCs/>
                <w:sz w:val="21"/>
                <w:szCs w:val="21"/>
              </w:rPr>
              <w:t>Pengadilan</w:t>
            </w:r>
            <w:proofErr w:type="spellEnd"/>
            <w:r w:rsidRPr="00740757">
              <w:rPr>
                <w:rFonts w:ascii="游明朝" w:eastAsia="游明朝" w:hAnsi="游明朝"/>
                <w:bCs/>
                <w:sz w:val="21"/>
                <w:szCs w:val="21"/>
              </w:rPr>
              <w:t xml:space="preserve"> Negeri Surabaya), unless otherwise agreed in writing.</w:t>
            </w:r>
          </w:p>
        </w:tc>
      </w:tr>
      <w:tr w:rsidR="00BF4B43" w:rsidRPr="00740757" w14:paraId="4176C99A" w14:textId="77777777" w:rsidTr="00A71330">
        <w:trPr>
          <w:jc w:val="center"/>
        </w:trPr>
        <w:tc>
          <w:tcPr>
            <w:tcW w:w="5102" w:type="dxa"/>
            <w:tcMar>
              <w:top w:w="100" w:type="dxa"/>
              <w:left w:w="80" w:type="dxa"/>
              <w:bottom w:w="100" w:type="dxa"/>
              <w:right w:w="80" w:type="dxa"/>
            </w:tcMar>
          </w:tcPr>
          <w:p w14:paraId="0E98EF91" w14:textId="77777777" w:rsidR="00BF4B43" w:rsidRPr="00740757" w:rsidRDefault="00000000"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16. Bahasa</w:t>
            </w:r>
          </w:p>
          <w:p w14:paraId="1C2B4D11"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Dokumen</w:t>
            </w:r>
            <w:proofErr w:type="spellEnd"/>
            <w:r w:rsidRPr="00740757">
              <w:rPr>
                <w:rFonts w:ascii="游明朝" w:eastAsia="游明朝" w:hAnsi="游明朝"/>
                <w:bCs/>
                <w:sz w:val="21"/>
                <w:szCs w:val="21"/>
              </w:rPr>
              <w:t xml:space="preserve"> ini </w:t>
            </w:r>
            <w:proofErr w:type="spellStart"/>
            <w:r w:rsidRPr="00740757">
              <w:rPr>
                <w:rFonts w:ascii="游明朝" w:eastAsia="游明朝" w:hAnsi="游明朝"/>
                <w:bCs/>
                <w:sz w:val="21"/>
                <w:szCs w:val="21"/>
              </w:rPr>
              <w:t>dibuat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dalam</w:t>
            </w:r>
            <w:proofErr w:type="spellEnd"/>
            <w:r w:rsidRPr="00740757">
              <w:rPr>
                <w:rFonts w:ascii="游明朝" w:eastAsia="游明朝" w:hAnsi="游明朝"/>
                <w:bCs/>
                <w:sz w:val="21"/>
                <w:szCs w:val="21"/>
              </w:rPr>
              <w:t xml:space="preserve"> Bahasa Indonesia dan Bahasa </w:t>
            </w:r>
            <w:proofErr w:type="spellStart"/>
            <w:r w:rsidRPr="00740757">
              <w:rPr>
                <w:rFonts w:ascii="游明朝" w:eastAsia="游明朝" w:hAnsi="游明朝"/>
                <w:bCs/>
                <w:sz w:val="21"/>
                <w:szCs w:val="21"/>
              </w:rPr>
              <w:t>Inggris</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Apabila</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terdapat</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perbedaan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penafsiran</w:t>
            </w:r>
            <w:proofErr w:type="spellEnd"/>
            <w:r w:rsidRPr="00740757">
              <w:rPr>
                <w:rFonts w:ascii="游明朝" w:eastAsia="游明朝" w:hAnsi="游明朝"/>
                <w:bCs/>
                <w:sz w:val="21"/>
                <w:szCs w:val="21"/>
              </w:rPr>
              <w:t xml:space="preserve">, </w:t>
            </w:r>
            <w:proofErr w:type="spellStart"/>
            <w:r w:rsidRPr="00740757">
              <w:rPr>
                <w:rFonts w:ascii="游明朝" w:eastAsia="游明朝" w:hAnsi="游明朝"/>
                <w:bCs/>
                <w:sz w:val="21"/>
                <w:szCs w:val="21"/>
              </w:rPr>
              <w:t>versi</w:t>
            </w:r>
            <w:proofErr w:type="spellEnd"/>
            <w:r w:rsidRPr="00740757">
              <w:rPr>
                <w:rFonts w:ascii="游明朝" w:eastAsia="游明朝" w:hAnsi="游明朝"/>
                <w:bCs/>
                <w:sz w:val="21"/>
                <w:szCs w:val="21"/>
              </w:rPr>
              <w:t xml:space="preserve"> Bahasa Indonesia yang </w:t>
            </w:r>
            <w:proofErr w:type="spellStart"/>
            <w:r w:rsidRPr="00740757">
              <w:rPr>
                <w:rFonts w:ascii="游明朝" w:eastAsia="游明朝" w:hAnsi="游明朝"/>
                <w:bCs/>
                <w:sz w:val="21"/>
                <w:szCs w:val="21"/>
              </w:rPr>
              <w:t>berlaku</w:t>
            </w:r>
            <w:proofErr w:type="spellEnd"/>
            <w:r w:rsidRPr="00740757">
              <w:rPr>
                <w:rFonts w:ascii="游明朝" w:eastAsia="游明朝" w:hAnsi="游明朝"/>
                <w:bCs/>
                <w:sz w:val="21"/>
                <w:szCs w:val="21"/>
              </w:rPr>
              <w:t>.</w:t>
            </w:r>
          </w:p>
        </w:tc>
        <w:tc>
          <w:tcPr>
            <w:tcW w:w="5465" w:type="dxa"/>
            <w:gridSpan w:val="2"/>
            <w:tcMar>
              <w:top w:w="100" w:type="dxa"/>
              <w:left w:w="80" w:type="dxa"/>
              <w:bottom w:w="100" w:type="dxa"/>
              <w:right w:w="80" w:type="dxa"/>
            </w:tcMar>
          </w:tcPr>
          <w:p w14:paraId="01A49646" w14:textId="77777777" w:rsidR="008E3FCA" w:rsidRPr="00740757" w:rsidRDefault="008E3FCA" w:rsidP="00ED31CD">
            <w:pPr>
              <w:spacing w:beforeLines="50" w:before="120" w:afterLines="50" w:after="120" w:line="240" w:lineRule="auto"/>
              <w:jc w:val="both"/>
              <w:rPr>
                <w:rFonts w:ascii="游明朝" w:eastAsia="游明朝" w:hAnsi="游明朝"/>
                <w:b/>
                <w:sz w:val="21"/>
                <w:szCs w:val="21"/>
              </w:rPr>
            </w:pPr>
            <w:r w:rsidRPr="00740757">
              <w:rPr>
                <w:rFonts w:ascii="游明朝" w:eastAsia="游明朝" w:hAnsi="游明朝"/>
                <w:b/>
                <w:sz w:val="21"/>
                <w:szCs w:val="21"/>
              </w:rPr>
              <w:t>16. Language</w:t>
            </w:r>
          </w:p>
          <w:p w14:paraId="2225BA72" w14:textId="77777777" w:rsidR="008E3FCA" w:rsidRPr="00740757" w:rsidRDefault="008E3FCA"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These Terms and Conditions are executed in both the Indonesian and English languages.</w:t>
            </w:r>
          </w:p>
          <w:p w14:paraId="3FB9441C" w14:textId="184191D2" w:rsidR="00BF4B43" w:rsidRPr="00740757" w:rsidRDefault="008E3FCA" w:rsidP="00ED31CD">
            <w:pPr>
              <w:spacing w:beforeLines="50" w:before="120" w:afterLines="50" w:after="120" w:line="240" w:lineRule="auto"/>
              <w:jc w:val="both"/>
              <w:rPr>
                <w:rFonts w:ascii="游明朝" w:eastAsia="游明朝" w:hAnsi="游明朝" w:hint="eastAsia"/>
                <w:bCs/>
                <w:sz w:val="21"/>
                <w:szCs w:val="21"/>
                <w:lang w:eastAsia="ja-JP"/>
              </w:rPr>
            </w:pPr>
            <w:r w:rsidRPr="00740757">
              <w:rPr>
                <w:rFonts w:ascii="游明朝" w:eastAsia="游明朝" w:hAnsi="游明朝"/>
                <w:bCs/>
                <w:sz w:val="21"/>
                <w:szCs w:val="21"/>
              </w:rPr>
              <w:t>In the event of any inconsistency, ambiguity, or conflict in interpretation between the two versions, the Indonesian version shall prevail.</w:t>
            </w:r>
          </w:p>
        </w:tc>
      </w:tr>
      <w:tr w:rsidR="00BF4B43" w:rsidRPr="00740757" w14:paraId="306E7BA9" w14:textId="77777777" w:rsidTr="00A71330">
        <w:trPr>
          <w:gridAfter w:val="1"/>
          <w:wAfter w:w="27" w:type="dxa"/>
          <w:jc w:val="center"/>
        </w:trPr>
        <w:tc>
          <w:tcPr>
            <w:tcW w:w="10540" w:type="dxa"/>
            <w:gridSpan w:val="2"/>
          </w:tcPr>
          <w:p w14:paraId="0520F436"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TELAH MEMBACA DAN MENYETUJUI / READ AND AGREED</w:t>
            </w:r>
          </w:p>
          <w:p w14:paraId="5C45783C"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 xml:space="preserve">Untuk dan </w:t>
            </w:r>
            <w:proofErr w:type="spellStart"/>
            <w:r w:rsidRPr="00740757">
              <w:rPr>
                <w:rFonts w:ascii="游明朝" w:eastAsia="游明朝" w:hAnsi="游明朝"/>
                <w:bCs/>
                <w:sz w:val="21"/>
                <w:szCs w:val="21"/>
              </w:rPr>
              <w:t>atas</w:t>
            </w:r>
            <w:proofErr w:type="spellEnd"/>
            <w:r w:rsidRPr="00740757">
              <w:rPr>
                <w:rFonts w:ascii="游明朝" w:eastAsia="游明朝" w:hAnsi="游明朝"/>
                <w:bCs/>
                <w:sz w:val="21"/>
                <w:szCs w:val="21"/>
              </w:rPr>
              <w:t xml:space="preserve"> nama Sponsor/Exhibitor / For and on behalf of the Sponsor/Exhibitor</w:t>
            </w:r>
          </w:p>
          <w:p w14:paraId="70226D9C" w14:textId="77777777" w:rsidR="00BF4B43" w:rsidRPr="00740757" w:rsidRDefault="00BF4B43" w:rsidP="00ED31CD">
            <w:pPr>
              <w:spacing w:beforeLines="50" w:before="120" w:afterLines="50" w:after="120" w:line="240" w:lineRule="auto"/>
              <w:jc w:val="both"/>
              <w:rPr>
                <w:rFonts w:ascii="游明朝" w:eastAsia="游明朝" w:hAnsi="游明朝"/>
                <w:bCs/>
                <w:sz w:val="21"/>
                <w:szCs w:val="21"/>
              </w:rPr>
            </w:pPr>
          </w:p>
          <w:p w14:paraId="73D3F560"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Nama Perusahaan / Company Name: ______________________________________________</w:t>
            </w:r>
          </w:p>
          <w:p w14:paraId="25795FE2"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lastRenderedPageBreak/>
              <w:t>Nama / Name: ________________________________________________________________</w:t>
            </w:r>
          </w:p>
          <w:p w14:paraId="3C602C41"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Jabatan</w:t>
            </w:r>
            <w:proofErr w:type="spellEnd"/>
            <w:r w:rsidRPr="00740757">
              <w:rPr>
                <w:rFonts w:ascii="游明朝" w:eastAsia="游明朝" w:hAnsi="游明朝"/>
                <w:bCs/>
                <w:sz w:val="21"/>
                <w:szCs w:val="21"/>
              </w:rPr>
              <w:t xml:space="preserve"> / Position: ___________________________________________________________</w:t>
            </w:r>
          </w:p>
          <w:p w14:paraId="508E9A92"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proofErr w:type="spellStart"/>
            <w:r w:rsidRPr="00740757">
              <w:rPr>
                <w:rFonts w:ascii="游明朝" w:eastAsia="游明朝" w:hAnsi="游明朝"/>
                <w:bCs/>
                <w:sz w:val="21"/>
                <w:szCs w:val="21"/>
              </w:rPr>
              <w:t>Tanggal</w:t>
            </w:r>
            <w:proofErr w:type="spellEnd"/>
            <w:r w:rsidRPr="00740757">
              <w:rPr>
                <w:rFonts w:ascii="游明朝" w:eastAsia="游明朝" w:hAnsi="游明朝"/>
                <w:bCs/>
                <w:sz w:val="21"/>
                <w:szCs w:val="21"/>
              </w:rPr>
              <w:t xml:space="preserve"> / Date: ______________________________________________________________</w:t>
            </w:r>
          </w:p>
          <w:p w14:paraId="09CCAE88" w14:textId="77777777" w:rsidR="00BF4B43" w:rsidRPr="00740757" w:rsidRDefault="00BF4B43" w:rsidP="00ED31CD">
            <w:pPr>
              <w:spacing w:beforeLines="50" w:before="120" w:afterLines="50" w:after="120" w:line="240" w:lineRule="auto"/>
              <w:jc w:val="both"/>
              <w:rPr>
                <w:rFonts w:ascii="游明朝" w:eastAsia="游明朝" w:hAnsi="游明朝"/>
                <w:bCs/>
                <w:sz w:val="21"/>
                <w:szCs w:val="21"/>
              </w:rPr>
            </w:pPr>
          </w:p>
          <w:p w14:paraId="0C504292"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Tanda Tangan dan Stempel Perusahaan / Signature and Company Stamp:</w:t>
            </w:r>
          </w:p>
          <w:p w14:paraId="7E168020" w14:textId="77777777" w:rsidR="00BF4B43" w:rsidRPr="00740757" w:rsidRDefault="00BF4B43" w:rsidP="00ED31CD">
            <w:pPr>
              <w:spacing w:beforeLines="50" w:before="120" w:afterLines="50" w:after="120" w:line="240" w:lineRule="auto"/>
              <w:jc w:val="both"/>
              <w:rPr>
                <w:rFonts w:ascii="游明朝" w:eastAsia="游明朝" w:hAnsi="游明朝"/>
                <w:bCs/>
                <w:sz w:val="21"/>
                <w:szCs w:val="21"/>
              </w:rPr>
            </w:pPr>
          </w:p>
          <w:p w14:paraId="403E4875" w14:textId="77777777" w:rsidR="00BF4B43" w:rsidRPr="00740757" w:rsidRDefault="00000000" w:rsidP="00ED31CD">
            <w:pPr>
              <w:spacing w:beforeLines="50" w:before="120" w:afterLines="50" w:after="120" w:line="240" w:lineRule="auto"/>
              <w:jc w:val="both"/>
              <w:rPr>
                <w:rFonts w:ascii="游明朝" w:eastAsia="游明朝" w:hAnsi="游明朝"/>
                <w:bCs/>
                <w:sz w:val="21"/>
                <w:szCs w:val="21"/>
              </w:rPr>
            </w:pPr>
            <w:r w:rsidRPr="00740757">
              <w:rPr>
                <w:rFonts w:ascii="游明朝" w:eastAsia="游明朝" w:hAnsi="游明朝"/>
                <w:bCs/>
                <w:sz w:val="21"/>
                <w:szCs w:val="21"/>
              </w:rPr>
              <w:t>______________________________________________</w:t>
            </w:r>
          </w:p>
        </w:tc>
      </w:tr>
    </w:tbl>
    <w:p w14:paraId="198ABCFE" w14:textId="77777777" w:rsidR="00E22117" w:rsidRPr="00740757" w:rsidRDefault="00E22117" w:rsidP="00ED31CD">
      <w:pPr>
        <w:spacing w:beforeLines="50" w:before="120" w:afterLines="50" w:after="120" w:line="240" w:lineRule="auto"/>
        <w:jc w:val="both"/>
        <w:rPr>
          <w:rFonts w:ascii="游明朝" w:eastAsia="游明朝" w:hAnsi="游明朝"/>
          <w:bCs/>
          <w:sz w:val="21"/>
          <w:szCs w:val="21"/>
        </w:rPr>
      </w:pPr>
    </w:p>
    <w:sectPr w:rsidR="00E22117" w:rsidRPr="00740757" w:rsidSect="00034616">
      <w:footerReference w:type="default" r:id="rId8"/>
      <w:pgSz w:w="12240" w:h="15840"/>
      <w:pgMar w:top="850" w:right="850" w:bottom="850" w:left="85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3459" w14:textId="77777777" w:rsidR="0049426B" w:rsidRDefault="0049426B">
      <w:pPr>
        <w:spacing w:after="0" w:line="240" w:lineRule="auto"/>
      </w:pPr>
      <w:r>
        <w:separator/>
      </w:r>
    </w:p>
  </w:endnote>
  <w:endnote w:type="continuationSeparator" w:id="0">
    <w:p w14:paraId="66D2122E" w14:textId="77777777" w:rsidR="0049426B" w:rsidRDefault="00494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97E2" w14:textId="77777777" w:rsidR="00BF4B43" w:rsidRDefault="00BF4B43">
    <w:pPr>
      <w:pStyle w:val="Footer"/>
      <w:jc w:val="center"/>
    </w:pPr>
  </w:p>
  <w:tbl>
    <w:tblPr>
      <w:tblW w:w="0" w:type="auto"/>
      <w:jc w:val="right"/>
      <w:tblLayout w:type="fixed"/>
      <w:tblLook w:val="04A0" w:firstRow="1" w:lastRow="0" w:firstColumn="1" w:lastColumn="0" w:noHBand="0" w:noVBand="1"/>
    </w:tblPr>
    <w:tblGrid>
      <w:gridCol w:w="2098"/>
      <w:gridCol w:w="2098"/>
    </w:tblGrid>
    <w:tr w:rsidR="00BF4B43" w14:paraId="34D4A625" w14:textId="77777777">
      <w:trPr>
        <w:trHeight w:hRule="exact" w:val="850"/>
        <w:jc w:val="right"/>
      </w:trPr>
      <w:tc>
        <w:tcPr>
          <w:tcW w:w="2098" w:type="dxa"/>
          <w:tcBorders>
            <w:top w:val="single" w:sz="8" w:space="0" w:color="000000"/>
            <w:left w:val="single" w:sz="8" w:space="0" w:color="000000"/>
            <w:bottom w:val="single" w:sz="8" w:space="0" w:color="000000"/>
            <w:right w:val="single" w:sz="8" w:space="0" w:color="000000"/>
          </w:tcBorders>
        </w:tcPr>
        <w:p w14:paraId="15EFA6B9" w14:textId="77777777" w:rsidR="00BF4B43" w:rsidRDefault="00000000">
          <w:pPr>
            <w:spacing w:before="20" w:after="0"/>
            <w:jc w:val="center"/>
          </w:pPr>
          <w:proofErr w:type="spellStart"/>
          <w:r>
            <w:rPr>
              <w:rFonts w:ascii="Arial" w:hAnsi="Arial"/>
              <w:b/>
              <w:sz w:val="15"/>
            </w:rPr>
            <w:t>Paraf</w:t>
          </w:r>
          <w:proofErr w:type="spellEnd"/>
          <w:r>
            <w:rPr>
              <w:rFonts w:ascii="Arial" w:hAnsi="Arial"/>
              <w:b/>
              <w:sz w:val="15"/>
            </w:rPr>
            <w:t xml:space="preserve"> </w:t>
          </w:r>
          <w:proofErr w:type="spellStart"/>
          <w:r>
            <w:rPr>
              <w:rFonts w:ascii="Arial" w:hAnsi="Arial"/>
              <w:b/>
              <w:sz w:val="15"/>
            </w:rPr>
            <w:t>Penyelenggara</w:t>
          </w:r>
          <w:proofErr w:type="spellEnd"/>
          <w:r>
            <w:rPr>
              <w:rFonts w:ascii="Arial" w:hAnsi="Arial"/>
              <w:b/>
              <w:sz w:val="15"/>
            </w:rPr>
            <w:t xml:space="preserve"> /</w:t>
          </w:r>
          <w:r>
            <w:rPr>
              <w:rFonts w:ascii="Arial" w:hAnsi="Arial"/>
              <w:b/>
              <w:sz w:val="15"/>
            </w:rPr>
            <w:br/>
            <w:t>Organizer Initials</w:t>
          </w:r>
        </w:p>
        <w:p w14:paraId="25DBD728" w14:textId="77777777" w:rsidR="00BF4B43" w:rsidRDefault="00000000">
          <w:pPr>
            <w:spacing w:after="0"/>
          </w:pPr>
          <w:r>
            <w:br/>
          </w:r>
          <w:r>
            <w:br/>
          </w:r>
        </w:p>
      </w:tc>
      <w:tc>
        <w:tcPr>
          <w:tcW w:w="2098" w:type="dxa"/>
          <w:tcBorders>
            <w:top w:val="single" w:sz="8" w:space="0" w:color="000000"/>
            <w:left w:val="single" w:sz="8" w:space="0" w:color="000000"/>
            <w:bottom w:val="single" w:sz="8" w:space="0" w:color="000000"/>
            <w:right w:val="single" w:sz="8" w:space="0" w:color="000000"/>
          </w:tcBorders>
        </w:tcPr>
        <w:p w14:paraId="7DD9EC19" w14:textId="77777777" w:rsidR="00BF4B43" w:rsidRDefault="00000000">
          <w:pPr>
            <w:spacing w:before="20" w:after="0"/>
            <w:jc w:val="center"/>
          </w:pPr>
          <w:proofErr w:type="spellStart"/>
          <w:r>
            <w:rPr>
              <w:rFonts w:ascii="Arial" w:hAnsi="Arial"/>
              <w:b/>
              <w:sz w:val="15"/>
            </w:rPr>
            <w:t>Paraf</w:t>
          </w:r>
          <w:proofErr w:type="spellEnd"/>
          <w:r>
            <w:rPr>
              <w:rFonts w:ascii="Arial" w:hAnsi="Arial"/>
              <w:b/>
              <w:sz w:val="15"/>
            </w:rPr>
            <w:t xml:space="preserve"> Sponsor/Exhibitor /</w:t>
          </w:r>
          <w:r>
            <w:rPr>
              <w:rFonts w:ascii="Arial" w:hAnsi="Arial"/>
              <w:b/>
              <w:sz w:val="15"/>
            </w:rPr>
            <w:br/>
            <w:t>Sponsor/Exhibitor Initials</w:t>
          </w:r>
        </w:p>
        <w:p w14:paraId="2C4381BB" w14:textId="77777777" w:rsidR="00BF4B43" w:rsidRDefault="00000000">
          <w:pPr>
            <w:spacing w:after="0"/>
          </w:pPr>
          <w:r>
            <w:br/>
          </w:r>
          <w:r>
            <w:br/>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738F" w14:textId="77777777" w:rsidR="0049426B" w:rsidRDefault="0049426B">
      <w:pPr>
        <w:spacing w:after="0" w:line="240" w:lineRule="auto"/>
      </w:pPr>
      <w:r>
        <w:separator/>
      </w:r>
    </w:p>
  </w:footnote>
  <w:footnote w:type="continuationSeparator" w:id="0">
    <w:p w14:paraId="4B7D039D" w14:textId="77777777" w:rsidR="0049426B" w:rsidRDefault="00494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F35119"/>
    <w:multiLevelType w:val="hybridMultilevel"/>
    <w:tmpl w:val="D9FEA036"/>
    <w:lvl w:ilvl="0" w:tplc="79343D5A">
      <w:start w:val="1"/>
      <w:numFmt w:val="bullet"/>
      <w:lvlText w:val="•"/>
      <w:lvlJc w:val="left"/>
      <w:pPr>
        <w:ind w:left="440" w:hanging="440"/>
      </w:pPr>
      <w:rPr>
        <w:rFonts w:ascii="Arial" w:eastAsiaTheme="minorEastAsia" w:hAnsi="Arial" w:cs="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03476C98"/>
    <w:multiLevelType w:val="hybridMultilevel"/>
    <w:tmpl w:val="8EC6C9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6005649"/>
    <w:multiLevelType w:val="hybridMultilevel"/>
    <w:tmpl w:val="8604B28E"/>
    <w:lvl w:ilvl="0" w:tplc="EAB4C43A">
      <w:start w:val="6"/>
      <w:numFmt w:val="bullet"/>
      <w:lvlText w:val="•"/>
      <w:lvlJc w:val="left"/>
      <w:pPr>
        <w:ind w:left="720" w:hanging="360"/>
      </w:pPr>
      <w:rPr>
        <w:rFonts w:ascii="Arial" w:eastAsiaTheme="minorEastAsia" w:hAnsi="Arial" w:cs="Arial" w:hint="default"/>
        <w:sz w:val="2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071E3FC6"/>
    <w:multiLevelType w:val="hybridMultilevel"/>
    <w:tmpl w:val="A6C0BA48"/>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A905A3C"/>
    <w:multiLevelType w:val="hybridMultilevel"/>
    <w:tmpl w:val="09821E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198B20C6"/>
    <w:multiLevelType w:val="hybridMultilevel"/>
    <w:tmpl w:val="F754F240"/>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19D94AA3"/>
    <w:multiLevelType w:val="hybridMultilevel"/>
    <w:tmpl w:val="C7F46D20"/>
    <w:lvl w:ilvl="0" w:tplc="79343D5A">
      <w:start w:val="1"/>
      <w:numFmt w:val="bullet"/>
      <w:lvlText w:val="•"/>
      <w:lvlJc w:val="left"/>
      <w:pPr>
        <w:ind w:left="360" w:hanging="360"/>
      </w:pPr>
      <w:rPr>
        <w:rFonts w:ascii="Arial" w:eastAsiaTheme="minorEastAsia" w:hAnsi="Arial" w:cs="Arial" w:hint="default"/>
      </w:rPr>
    </w:lvl>
    <w:lvl w:ilvl="1" w:tplc="FE1E7A54">
      <w:start w:val="8"/>
      <w:numFmt w:val="bullet"/>
      <w:lvlText w:val="-"/>
      <w:lvlJc w:val="left"/>
      <w:pPr>
        <w:ind w:left="1080" w:hanging="360"/>
      </w:pPr>
      <w:rPr>
        <w:rFonts w:ascii="Arial" w:eastAsiaTheme="minorEastAsia" w:hAnsi="Arial" w:cs="Arial" w:hint="default"/>
        <w:sz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B3B69C1"/>
    <w:multiLevelType w:val="hybridMultilevel"/>
    <w:tmpl w:val="48B473E4"/>
    <w:lvl w:ilvl="0" w:tplc="D22EDBE4">
      <w:start w:val="1"/>
      <w:numFmt w:val="decimal"/>
      <w:lvlText w:val="%1."/>
      <w:lvlJc w:val="left"/>
      <w:pPr>
        <w:ind w:left="360" w:hanging="360"/>
      </w:pPr>
      <w:rPr>
        <w:rFonts w:ascii="Arial" w:hAnsi="Arial" w:hint="eastAsia"/>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1D101B19"/>
    <w:multiLevelType w:val="hybridMultilevel"/>
    <w:tmpl w:val="AA04F516"/>
    <w:lvl w:ilvl="0" w:tplc="BB9250DC">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12A0A4F"/>
    <w:multiLevelType w:val="hybridMultilevel"/>
    <w:tmpl w:val="31FAB684"/>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21932D27"/>
    <w:multiLevelType w:val="hybridMultilevel"/>
    <w:tmpl w:val="D852736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22223D50"/>
    <w:multiLevelType w:val="multilevel"/>
    <w:tmpl w:val="BB78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C7A40"/>
    <w:multiLevelType w:val="multilevel"/>
    <w:tmpl w:val="9C32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3F5477"/>
    <w:multiLevelType w:val="hybridMultilevel"/>
    <w:tmpl w:val="7FF8CB0E"/>
    <w:lvl w:ilvl="0" w:tplc="687486C6">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A774B11"/>
    <w:multiLevelType w:val="hybridMultilevel"/>
    <w:tmpl w:val="1A186180"/>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4" w15:restartNumberingAfterBreak="0">
    <w:nsid w:val="309A3609"/>
    <w:multiLevelType w:val="multilevel"/>
    <w:tmpl w:val="498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6B65D5"/>
    <w:multiLevelType w:val="multilevel"/>
    <w:tmpl w:val="F62C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1446F6"/>
    <w:multiLevelType w:val="hybridMultilevel"/>
    <w:tmpl w:val="2C308438"/>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3433409F"/>
    <w:multiLevelType w:val="hybridMultilevel"/>
    <w:tmpl w:val="966C3C24"/>
    <w:lvl w:ilvl="0" w:tplc="E99CC17E">
      <w:start w:val="1"/>
      <w:numFmt w:val="decimal"/>
      <w:lvlText w:val="%1."/>
      <w:lvlJc w:val="left"/>
      <w:pPr>
        <w:ind w:left="360" w:hanging="360"/>
      </w:pPr>
      <w:rPr>
        <w:rFonts w:ascii="Arial" w:hAnsi="Arial" w:hint="eastAsia"/>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347112CD"/>
    <w:multiLevelType w:val="hybridMultilevel"/>
    <w:tmpl w:val="9CBA2A74"/>
    <w:lvl w:ilvl="0" w:tplc="316AF712">
      <w:start w:val="1"/>
      <w:numFmt w:val="decimal"/>
      <w:lvlText w:val="%1."/>
      <w:lvlJc w:val="left"/>
      <w:pPr>
        <w:ind w:left="440" w:hanging="440"/>
      </w:pPr>
      <w:rPr>
        <w:rFonts w:ascii="Arial" w:eastAsiaTheme="minorEastAsia" w:hAnsi="Arial" w:cstheme="minorBidi"/>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49521831"/>
    <w:multiLevelType w:val="hybridMultilevel"/>
    <w:tmpl w:val="A0D0CF5A"/>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4B1D6481"/>
    <w:multiLevelType w:val="hybridMultilevel"/>
    <w:tmpl w:val="F7DA03C2"/>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1" w15:restartNumberingAfterBreak="0">
    <w:nsid w:val="4E320774"/>
    <w:multiLevelType w:val="hybridMultilevel"/>
    <w:tmpl w:val="2626F4F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2" w15:restartNumberingAfterBreak="0">
    <w:nsid w:val="4FA6583B"/>
    <w:multiLevelType w:val="hybridMultilevel"/>
    <w:tmpl w:val="1F461E8A"/>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3" w15:restartNumberingAfterBreak="0">
    <w:nsid w:val="4FBF18A4"/>
    <w:multiLevelType w:val="hybridMultilevel"/>
    <w:tmpl w:val="0D4C7C10"/>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53F41071"/>
    <w:multiLevelType w:val="hybridMultilevel"/>
    <w:tmpl w:val="426ED3BC"/>
    <w:lvl w:ilvl="0" w:tplc="975AF5EE">
      <w:start w:val="1"/>
      <w:numFmt w:val="decimal"/>
      <w:lvlText w:val="%1."/>
      <w:lvlJc w:val="left"/>
      <w:pPr>
        <w:ind w:left="360" w:hanging="360"/>
      </w:pPr>
      <w:rPr>
        <w:rFonts w:ascii="Arial" w:hAnsi="Arial" w:hint="eastAsia"/>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6D61DDF"/>
    <w:multiLevelType w:val="hybridMultilevel"/>
    <w:tmpl w:val="5C164C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1E66D25"/>
    <w:multiLevelType w:val="multilevel"/>
    <w:tmpl w:val="CB7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F2402"/>
    <w:multiLevelType w:val="multilevel"/>
    <w:tmpl w:val="1E40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7303F"/>
    <w:multiLevelType w:val="hybridMultilevel"/>
    <w:tmpl w:val="3DFA18F8"/>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6ECE2CE2"/>
    <w:multiLevelType w:val="hybridMultilevel"/>
    <w:tmpl w:val="98DCA10A"/>
    <w:lvl w:ilvl="0" w:tplc="38090001">
      <w:start w:val="1"/>
      <w:numFmt w:val="bullet"/>
      <w:lvlText w:val=""/>
      <w:lvlJc w:val="left"/>
      <w:pPr>
        <w:ind w:left="360" w:hanging="360"/>
      </w:pPr>
      <w:rPr>
        <w:rFonts w:ascii="Symbol" w:hAnsi="Symbol" w:hint="default"/>
      </w:rPr>
    </w:lvl>
    <w:lvl w:ilvl="1" w:tplc="F00ED374">
      <w:start w:val="6"/>
      <w:numFmt w:val="bullet"/>
      <w:lvlText w:val="•"/>
      <w:lvlJc w:val="left"/>
      <w:pPr>
        <w:ind w:left="1080" w:hanging="360"/>
      </w:pPr>
      <w:rPr>
        <w:rFonts w:ascii="Arial" w:eastAsiaTheme="minorEastAsia" w:hAnsi="Arial" w:cs="Arial" w:hint="default"/>
        <w:sz w:val="20"/>
      </w:rPr>
    </w:lvl>
    <w:lvl w:ilvl="2" w:tplc="63AC5AA2">
      <w:start w:val="8"/>
      <w:numFmt w:val="bullet"/>
      <w:lvlText w:val="-"/>
      <w:lvlJc w:val="left"/>
      <w:pPr>
        <w:ind w:left="1800" w:hanging="360"/>
      </w:pPr>
      <w:rPr>
        <w:rFonts w:ascii="Arial" w:eastAsiaTheme="minorEastAsia" w:hAnsi="Arial" w:cs="Arial" w:hint="default"/>
        <w:sz w:val="20"/>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0" w15:restartNumberingAfterBreak="0">
    <w:nsid w:val="6F4A34A6"/>
    <w:multiLevelType w:val="multilevel"/>
    <w:tmpl w:val="0444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142077"/>
    <w:multiLevelType w:val="hybridMultilevel"/>
    <w:tmpl w:val="5B96E3A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8FD4755"/>
    <w:multiLevelType w:val="hybridMultilevel"/>
    <w:tmpl w:val="A9884934"/>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93F3B63"/>
    <w:multiLevelType w:val="hybridMultilevel"/>
    <w:tmpl w:val="2B523C2C"/>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4" w15:restartNumberingAfterBreak="0">
    <w:nsid w:val="7AB55444"/>
    <w:multiLevelType w:val="multilevel"/>
    <w:tmpl w:val="F67E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A257B3"/>
    <w:multiLevelType w:val="hybridMultilevel"/>
    <w:tmpl w:val="7DDA73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23177506">
    <w:abstractNumId w:val="8"/>
  </w:num>
  <w:num w:numId="2" w16cid:durableId="202865223">
    <w:abstractNumId w:val="6"/>
  </w:num>
  <w:num w:numId="3" w16cid:durableId="804666354">
    <w:abstractNumId w:val="5"/>
  </w:num>
  <w:num w:numId="4" w16cid:durableId="446580420">
    <w:abstractNumId w:val="4"/>
  </w:num>
  <w:num w:numId="5" w16cid:durableId="273054628">
    <w:abstractNumId w:val="7"/>
  </w:num>
  <w:num w:numId="6" w16cid:durableId="1546942502">
    <w:abstractNumId w:val="3"/>
  </w:num>
  <w:num w:numId="7" w16cid:durableId="843711170">
    <w:abstractNumId w:val="2"/>
  </w:num>
  <w:num w:numId="8" w16cid:durableId="195971069">
    <w:abstractNumId w:val="1"/>
  </w:num>
  <w:num w:numId="9" w16cid:durableId="61148328">
    <w:abstractNumId w:val="0"/>
  </w:num>
  <w:num w:numId="10" w16cid:durableId="660933814">
    <w:abstractNumId w:val="31"/>
  </w:num>
  <w:num w:numId="11" w16cid:durableId="519855721">
    <w:abstractNumId w:val="15"/>
  </w:num>
  <w:num w:numId="12" w16cid:durableId="29886113">
    <w:abstractNumId w:val="39"/>
  </w:num>
  <w:num w:numId="13" w16cid:durableId="504902164">
    <w:abstractNumId w:val="11"/>
  </w:num>
  <w:num w:numId="14" w16cid:durableId="1000159723">
    <w:abstractNumId w:val="19"/>
  </w:num>
  <w:num w:numId="15" w16cid:durableId="1625236589">
    <w:abstractNumId w:val="23"/>
  </w:num>
  <w:num w:numId="16" w16cid:durableId="728772146">
    <w:abstractNumId w:val="43"/>
  </w:num>
  <w:num w:numId="17" w16cid:durableId="1165970712">
    <w:abstractNumId w:val="30"/>
  </w:num>
  <w:num w:numId="18" w16cid:durableId="1455834021">
    <w:abstractNumId w:val="32"/>
  </w:num>
  <w:num w:numId="19" w16cid:durableId="882255841">
    <w:abstractNumId w:val="17"/>
  </w:num>
  <w:num w:numId="20" w16cid:durableId="892815909">
    <w:abstractNumId w:val="22"/>
  </w:num>
  <w:num w:numId="21" w16cid:durableId="1586762194">
    <w:abstractNumId w:val="35"/>
  </w:num>
  <w:num w:numId="22" w16cid:durableId="1572345656">
    <w:abstractNumId w:val="45"/>
  </w:num>
  <w:num w:numId="23" w16cid:durableId="239606531">
    <w:abstractNumId w:val="10"/>
  </w:num>
  <w:num w:numId="24" w16cid:durableId="1560243971">
    <w:abstractNumId w:val="13"/>
  </w:num>
  <w:num w:numId="25" w16cid:durableId="1630284498">
    <w:abstractNumId w:val="41"/>
  </w:num>
  <w:num w:numId="26" w16cid:durableId="791675704">
    <w:abstractNumId w:val="28"/>
  </w:num>
  <w:num w:numId="27" w16cid:durableId="615865400">
    <w:abstractNumId w:val="24"/>
  </w:num>
  <w:num w:numId="28" w16cid:durableId="1298336123">
    <w:abstractNumId w:val="21"/>
  </w:num>
  <w:num w:numId="29" w16cid:durableId="453838752">
    <w:abstractNumId w:val="37"/>
  </w:num>
  <w:num w:numId="30" w16cid:durableId="1739355247">
    <w:abstractNumId w:val="25"/>
  </w:num>
  <w:num w:numId="31" w16cid:durableId="172497267">
    <w:abstractNumId w:val="40"/>
  </w:num>
  <w:num w:numId="32" w16cid:durableId="103232115">
    <w:abstractNumId w:val="36"/>
  </w:num>
  <w:num w:numId="33" w16cid:durableId="1295330806">
    <w:abstractNumId w:val="20"/>
  </w:num>
  <w:num w:numId="34" w16cid:durableId="773407626">
    <w:abstractNumId w:val="44"/>
  </w:num>
  <w:num w:numId="35" w16cid:durableId="1859196988">
    <w:abstractNumId w:val="16"/>
  </w:num>
  <w:num w:numId="36" w16cid:durableId="1779061780">
    <w:abstractNumId w:val="34"/>
  </w:num>
  <w:num w:numId="37" w16cid:durableId="329411050">
    <w:abstractNumId w:val="27"/>
  </w:num>
  <w:num w:numId="38" w16cid:durableId="539897922">
    <w:abstractNumId w:val="9"/>
  </w:num>
  <w:num w:numId="39" w16cid:durableId="1028338257">
    <w:abstractNumId w:val="42"/>
  </w:num>
  <w:num w:numId="40" w16cid:durableId="500701660">
    <w:abstractNumId w:val="33"/>
  </w:num>
  <w:num w:numId="41" w16cid:durableId="1947692299">
    <w:abstractNumId w:val="14"/>
  </w:num>
  <w:num w:numId="42" w16cid:durableId="1808621218">
    <w:abstractNumId w:val="26"/>
  </w:num>
  <w:num w:numId="43" w16cid:durableId="1329670646">
    <w:abstractNumId w:val="38"/>
  </w:num>
  <w:num w:numId="44" w16cid:durableId="310986050">
    <w:abstractNumId w:val="29"/>
  </w:num>
  <w:num w:numId="45" w16cid:durableId="1797065638">
    <w:abstractNumId w:val="12"/>
  </w:num>
  <w:num w:numId="46" w16cid:durableId="120005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4D"/>
    <w:rsid w:val="00034616"/>
    <w:rsid w:val="00052F55"/>
    <w:rsid w:val="0006063C"/>
    <w:rsid w:val="00064BED"/>
    <w:rsid w:val="00115E4D"/>
    <w:rsid w:val="0015074B"/>
    <w:rsid w:val="001833C4"/>
    <w:rsid w:val="00193625"/>
    <w:rsid w:val="0024597A"/>
    <w:rsid w:val="00271F79"/>
    <w:rsid w:val="0029639D"/>
    <w:rsid w:val="002C1327"/>
    <w:rsid w:val="0030177F"/>
    <w:rsid w:val="0032356A"/>
    <w:rsid w:val="00326F90"/>
    <w:rsid w:val="00352F96"/>
    <w:rsid w:val="0038737C"/>
    <w:rsid w:val="00390423"/>
    <w:rsid w:val="0042030C"/>
    <w:rsid w:val="0049426B"/>
    <w:rsid w:val="00646BE8"/>
    <w:rsid w:val="006520DA"/>
    <w:rsid w:val="00696535"/>
    <w:rsid w:val="006C565B"/>
    <w:rsid w:val="00740757"/>
    <w:rsid w:val="007A1046"/>
    <w:rsid w:val="007B077D"/>
    <w:rsid w:val="007E1D6B"/>
    <w:rsid w:val="00812F60"/>
    <w:rsid w:val="00831F53"/>
    <w:rsid w:val="008E3FCA"/>
    <w:rsid w:val="00935D87"/>
    <w:rsid w:val="00953DAB"/>
    <w:rsid w:val="00982215"/>
    <w:rsid w:val="009C3FFB"/>
    <w:rsid w:val="00A71330"/>
    <w:rsid w:val="00AA1D8D"/>
    <w:rsid w:val="00AA5D8B"/>
    <w:rsid w:val="00B47730"/>
    <w:rsid w:val="00BF4B43"/>
    <w:rsid w:val="00C165CE"/>
    <w:rsid w:val="00C82A3F"/>
    <w:rsid w:val="00CB0664"/>
    <w:rsid w:val="00CE3543"/>
    <w:rsid w:val="00D1537F"/>
    <w:rsid w:val="00DF4271"/>
    <w:rsid w:val="00DF759E"/>
    <w:rsid w:val="00E159F0"/>
    <w:rsid w:val="00E22117"/>
    <w:rsid w:val="00E75927"/>
    <w:rsid w:val="00EB6CFE"/>
    <w:rsid w:val="00ED31CD"/>
    <w:rsid w:val="00FB28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3F80510"/>
  <w14:defaultImageDpi w14:val="300"/>
  <w15:docId w15:val="{CD447261-851C-478D-98EB-F0422300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8</Pages>
  <Words>2513</Words>
  <Characters>14328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0CEI2125</cp:lastModifiedBy>
  <cp:revision>20</cp:revision>
  <dcterms:created xsi:type="dcterms:W3CDTF">2026-06-19T02:11:00Z</dcterms:created>
  <dcterms:modified xsi:type="dcterms:W3CDTF">2026-07-15T09:24:00Z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6e3890b8-5c14-440b-af82-2a8ce3fc37c1</vt:lpwstr>
  </property>
</Properties>
</file>